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79D17" w14:textId="77777777" w:rsidR="003547FB" w:rsidRPr="003812E8" w:rsidRDefault="002170C5" w:rsidP="00BC03C6">
      <w:pPr>
        <w:pStyle w:val="Title"/>
        <w:spacing w:line="23" w:lineRule="atLeast"/>
        <w:rPr>
          <w:rFonts w:ascii="Arial" w:hAnsi="Arial" w:cs="Arial"/>
        </w:rPr>
      </w:pPr>
      <w:r w:rsidRPr="003812E8">
        <w:rPr>
          <w:rFonts w:ascii="Arial" w:hAnsi="Arial" w:cs="Arial"/>
        </w:rPr>
        <w:t>Call for evidence: what slows down or prevents nature recovery in England?</w:t>
      </w:r>
    </w:p>
    <w:p w14:paraId="7D864F7B" w14:textId="77777777" w:rsidR="003812E8" w:rsidRDefault="003812E8" w:rsidP="00BC03C6">
      <w:pPr>
        <w:spacing w:line="23" w:lineRule="atLeast"/>
        <w:rPr>
          <w:rFonts w:cs="Arial"/>
          <w:b/>
          <w:color w:val="00778B"/>
          <w:sz w:val="24"/>
        </w:rPr>
      </w:pPr>
    </w:p>
    <w:p w14:paraId="7440D460" w14:textId="7E00BE02" w:rsidR="003547FB" w:rsidRPr="003812E8" w:rsidRDefault="002170C5" w:rsidP="00BC03C6">
      <w:pPr>
        <w:spacing w:line="23" w:lineRule="atLeast"/>
        <w:rPr>
          <w:rFonts w:cs="Arial"/>
          <w:color w:val="01426A"/>
          <w:sz w:val="24"/>
          <w:szCs w:val="28"/>
        </w:rPr>
      </w:pPr>
      <w:r w:rsidRPr="003812E8">
        <w:rPr>
          <w:rFonts w:cs="Arial"/>
          <w:b/>
          <w:color w:val="01426A"/>
          <w:sz w:val="32"/>
          <w:szCs w:val="28"/>
        </w:rPr>
        <w:t xml:space="preserve">Response </w:t>
      </w:r>
      <w:proofErr w:type="gramStart"/>
      <w:r w:rsidRPr="003812E8">
        <w:rPr>
          <w:rFonts w:cs="Arial"/>
          <w:b/>
          <w:color w:val="01426A"/>
          <w:sz w:val="32"/>
          <w:szCs w:val="28"/>
        </w:rPr>
        <w:t>template</w:t>
      </w:r>
      <w:proofErr w:type="gramEnd"/>
    </w:p>
    <w:tbl>
      <w:tblPr>
        <w:tblW w:w="0" w:type="auto"/>
        <w:jc w:val="center"/>
        <w:shd w:val="clear" w:color="auto" w:fill="01426A"/>
        <w:tblLook w:val="04A0" w:firstRow="1" w:lastRow="0" w:firstColumn="1" w:lastColumn="0" w:noHBand="0" w:noVBand="1"/>
      </w:tblPr>
      <w:tblGrid>
        <w:gridCol w:w="9878"/>
      </w:tblGrid>
      <w:tr w:rsidR="003547FB" w:rsidRPr="003812E8" w14:paraId="53BAA077" w14:textId="77777777" w:rsidTr="003812E8">
        <w:trPr>
          <w:jc w:val="center"/>
        </w:trPr>
        <w:tc>
          <w:tcPr>
            <w:tcW w:w="9878" w:type="dxa"/>
            <w:shd w:val="clear" w:color="auto" w:fill="01426A"/>
            <w:tcMar>
              <w:top w:w="150" w:type="dxa"/>
              <w:left w:w="180" w:type="dxa"/>
              <w:bottom w:w="150" w:type="dxa"/>
              <w:right w:w="180" w:type="dxa"/>
            </w:tcMar>
          </w:tcPr>
          <w:p w14:paraId="76206474" w14:textId="452489C1" w:rsidR="003547FB" w:rsidRPr="003812E8" w:rsidRDefault="002170C5" w:rsidP="00BC03C6">
            <w:pPr>
              <w:spacing w:after="0" w:line="23" w:lineRule="atLeast"/>
              <w:rPr>
                <w:rFonts w:cs="Arial"/>
                <w:sz w:val="22"/>
                <w:szCs w:val="24"/>
              </w:rPr>
            </w:pPr>
            <w:r w:rsidRPr="009A444C">
              <w:rPr>
                <w:rFonts w:cs="Arial"/>
                <w:b/>
                <w:color w:val="FFFFFF" w:themeColor="background1"/>
                <w:sz w:val="24"/>
                <w:szCs w:val="28"/>
              </w:rPr>
              <w:t xml:space="preserve">Please read </w:t>
            </w:r>
            <w:hyperlink r:id="rId11" w:history="1">
              <w:r w:rsidRPr="0048177D">
                <w:rPr>
                  <w:rStyle w:val="Hyperlink"/>
                  <w:rFonts w:cs="Arial"/>
                  <w:b/>
                  <w:sz w:val="24"/>
                  <w:szCs w:val="28"/>
                </w:rPr>
                <w:t>the call for evidence</w:t>
              </w:r>
              <w:r w:rsidR="0048177D" w:rsidRPr="0048177D">
                <w:rPr>
                  <w:rStyle w:val="Hyperlink"/>
                  <w:rFonts w:cs="Arial"/>
                  <w:b/>
                  <w:sz w:val="24"/>
                  <w:szCs w:val="28"/>
                </w:rPr>
                <w:t xml:space="preserve"> briefing document</w:t>
              </w:r>
            </w:hyperlink>
            <w:r w:rsidRPr="009A444C">
              <w:rPr>
                <w:rFonts w:cs="Arial"/>
                <w:b/>
                <w:color w:val="FFFFFF" w:themeColor="background1"/>
                <w:sz w:val="24"/>
                <w:szCs w:val="28"/>
              </w:rPr>
              <w:t xml:space="preserve"> before responding.</w:t>
            </w:r>
          </w:p>
        </w:tc>
      </w:tr>
    </w:tbl>
    <w:p w14:paraId="1ADDE4EB" w14:textId="4DA3CEA8" w:rsidR="009A444C" w:rsidRPr="003812E8" w:rsidRDefault="002170C5" w:rsidP="009A444C">
      <w:pPr>
        <w:spacing w:before="240" w:line="40" w:lineRule="atLeast"/>
        <w:rPr>
          <w:rFonts w:cs="Arial"/>
          <w:sz w:val="22"/>
          <w:szCs w:val="24"/>
        </w:rPr>
      </w:pPr>
      <w:r w:rsidRPr="003812E8">
        <w:rPr>
          <w:rFonts w:cs="Arial"/>
          <w:sz w:val="22"/>
          <w:szCs w:val="24"/>
        </w:rPr>
        <w:t>Please tell us about up to five of the most significant blockers you have come across, starting with the most important. If you have more, you can add them after Blocker 5 or send them separately. Questions marked (optional) can be left blank.</w:t>
      </w:r>
    </w:p>
    <w:p w14:paraId="6766C7C3" w14:textId="43ABC3D4" w:rsidR="003547FB" w:rsidRPr="003812E8" w:rsidRDefault="002170C5" w:rsidP="009A444C">
      <w:pPr>
        <w:spacing w:line="40" w:lineRule="atLeast"/>
        <w:rPr>
          <w:rFonts w:cs="Arial"/>
          <w:sz w:val="22"/>
          <w:szCs w:val="24"/>
        </w:rPr>
      </w:pPr>
      <w:r w:rsidRPr="003812E8">
        <w:rPr>
          <w:rFonts w:cs="Arial"/>
          <w:sz w:val="22"/>
          <w:szCs w:val="24"/>
        </w:rPr>
        <w:t xml:space="preserve">Please return this template, with any supporting documents, by 23:59 on </w:t>
      </w:r>
      <w:r w:rsidRPr="003812E8">
        <w:rPr>
          <w:rFonts w:cs="Arial"/>
          <w:b/>
          <w:bCs/>
          <w:sz w:val="22"/>
          <w:szCs w:val="24"/>
        </w:rPr>
        <w:t>Monday 14 December 2026</w:t>
      </w:r>
      <w:r w:rsidRPr="003812E8">
        <w:rPr>
          <w:rFonts w:cs="Arial"/>
          <w:sz w:val="22"/>
          <w:szCs w:val="24"/>
        </w:rPr>
        <w:t xml:space="preserve">, by email to </w:t>
      </w:r>
      <w:hyperlink r:id="rId12" w:history="1">
        <w:r w:rsidR="00C069D8" w:rsidRPr="003812E8">
          <w:rPr>
            <w:rStyle w:val="Hyperlink"/>
            <w:rFonts w:cs="Arial"/>
            <w:sz w:val="22"/>
            <w:szCs w:val="24"/>
          </w:rPr>
          <w:t>eip.monitoring@theoep.org.uk</w:t>
        </w:r>
      </w:hyperlink>
      <w:r w:rsidRPr="003812E8">
        <w:rPr>
          <w:rFonts w:cs="Arial"/>
          <w:sz w:val="22"/>
          <w:szCs w:val="24"/>
        </w:rPr>
        <w:t xml:space="preserve"> or by post to </w:t>
      </w:r>
      <w:r w:rsidR="00CB7F7C" w:rsidRPr="003812E8">
        <w:rPr>
          <w:rFonts w:cs="Arial"/>
          <w:sz w:val="22"/>
          <w:szCs w:val="24"/>
        </w:rPr>
        <w:t>Nature Recovery Call for Evidence, Office for Environmental Protection, Wildwood, Wildwood Drive, Worcester, WR5 2QT.</w:t>
      </w:r>
    </w:p>
    <w:p w14:paraId="0D81BD81" w14:textId="77777777" w:rsidR="003551AD" w:rsidRPr="003812E8" w:rsidRDefault="003551AD" w:rsidP="00BC03C6">
      <w:pPr>
        <w:spacing w:after="200" w:line="23" w:lineRule="atLeast"/>
        <w:rPr>
          <w:rFonts w:eastAsiaTheme="majorEastAsia" w:cs="Arial"/>
          <w:b/>
          <w:bCs/>
          <w:color w:val="01426A"/>
          <w:sz w:val="34"/>
          <w:szCs w:val="28"/>
        </w:rPr>
      </w:pPr>
      <w:r w:rsidRPr="003812E8">
        <w:rPr>
          <w:rFonts w:cs="Arial"/>
        </w:rPr>
        <w:br w:type="page"/>
      </w:r>
    </w:p>
    <w:p w14:paraId="6D0A7A00" w14:textId="4F20B8E2" w:rsidR="003547FB" w:rsidRPr="003812E8" w:rsidRDefault="002170C5" w:rsidP="00CD0DE1">
      <w:pPr>
        <w:pStyle w:val="Heading1"/>
        <w:spacing w:before="0" w:after="240" w:line="23" w:lineRule="atLeast"/>
        <w:rPr>
          <w:rFonts w:ascii="Arial" w:hAnsi="Arial" w:cs="Arial"/>
          <w:sz w:val="36"/>
          <w:szCs w:val="32"/>
        </w:rPr>
      </w:pPr>
      <w:r w:rsidRPr="003812E8">
        <w:rPr>
          <w:rFonts w:ascii="Arial" w:hAnsi="Arial" w:cs="Arial"/>
          <w:sz w:val="36"/>
          <w:szCs w:val="32"/>
        </w:rPr>
        <w:lastRenderedPageBreak/>
        <w:t>Your priority blockers and enablers</w:t>
      </w:r>
    </w:p>
    <w:p w14:paraId="45F73CFF" w14:textId="77777777" w:rsidR="003547FB" w:rsidRPr="003812E8" w:rsidRDefault="002170C5" w:rsidP="00CD0DE1">
      <w:pPr>
        <w:pStyle w:val="Heading2"/>
        <w:shd w:val="clear" w:color="auto" w:fill="01426A"/>
        <w:spacing w:before="0" w:after="240" w:line="23" w:lineRule="atLeast"/>
        <w:rPr>
          <w:rFonts w:ascii="Arial" w:hAnsi="Arial" w:cs="Arial"/>
          <w:color w:val="FFFFFF" w:themeColor="background1"/>
          <w:sz w:val="28"/>
          <w:szCs w:val="28"/>
        </w:rPr>
      </w:pPr>
      <w:r w:rsidRPr="003812E8">
        <w:rPr>
          <w:rFonts w:ascii="Arial" w:hAnsi="Arial" w:cs="Arial"/>
          <w:color w:val="FFFFFF" w:themeColor="background1"/>
          <w:sz w:val="28"/>
          <w:szCs w:val="28"/>
        </w:rPr>
        <w:t>Blocker 1</w:t>
      </w:r>
    </w:p>
    <w:p w14:paraId="38EBEB2A" w14:textId="77777777"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1. What nature recovery work were you trying to carry out?</w:t>
      </w:r>
    </w:p>
    <w:p w14:paraId="4DA96CA5" w14:textId="77777777" w:rsidR="003547FB" w:rsidRPr="003D2573" w:rsidRDefault="002170C5" w:rsidP="009A444C">
      <w:pPr>
        <w:spacing w:after="60" w:line="23" w:lineRule="atLeast"/>
        <w:rPr>
          <w:rFonts w:cs="Arial"/>
          <w:b/>
          <w:bCs/>
          <w:sz w:val="22"/>
          <w:szCs w:val="24"/>
        </w:rPr>
      </w:pPr>
      <w:r w:rsidRPr="003D2573">
        <w:rPr>
          <w:rFonts w:cs="Arial"/>
          <w:b/>
          <w:bCs/>
          <w:sz w:val="22"/>
          <w:szCs w:val="24"/>
        </w:rPr>
        <w:t>Please briefly describe:</w:t>
      </w:r>
    </w:p>
    <w:p w14:paraId="77B9CD3B" w14:textId="77777777" w:rsidR="003547FB" w:rsidRPr="003812E8" w:rsidRDefault="002170C5" w:rsidP="009A444C">
      <w:pPr>
        <w:pStyle w:val="ListBullet"/>
        <w:spacing w:after="60" w:line="23" w:lineRule="atLeast"/>
        <w:ind w:hanging="216"/>
        <w:contextualSpacing w:val="0"/>
        <w:rPr>
          <w:rFonts w:cs="Arial"/>
          <w:sz w:val="22"/>
          <w:szCs w:val="24"/>
        </w:rPr>
      </w:pPr>
      <w:r w:rsidRPr="003812E8">
        <w:rPr>
          <w:rFonts w:cs="Arial"/>
          <w:sz w:val="22"/>
          <w:szCs w:val="24"/>
        </w:rPr>
        <w:t>the work you intended to do, including its scale</w:t>
      </w:r>
    </w:p>
    <w:p w14:paraId="2E0341BA" w14:textId="77777777" w:rsidR="003547FB" w:rsidRPr="003812E8" w:rsidRDefault="002170C5" w:rsidP="009A444C">
      <w:pPr>
        <w:pStyle w:val="ListBullet"/>
        <w:spacing w:after="60" w:line="23" w:lineRule="atLeast"/>
        <w:ind w:hanging="216"/>
        <w:contextualSpacing w:val="0"/>
        <w:rPr>
          <w:rFonts w:cs="Arial"/>
          <w:sz w:val="22"/>
          <w:szCs w:val="24"/>
        </w:rPr>
      </w:pPr>
      <w:r w:rsidRPr="003812E8">
        <w:rPr>
          <w:rFonts w:cs="Arial"/>
          <w:sz w:val="22"/>
          <w:szCs w:val="24"/>
        </w:rPr>
        <w:t>its expected benefit for nature</w:t>
      </w:r>
    </w:p>
    <w:p w14:paraId="4DFD489F"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roughly when and where it took place or was planned.</w:t>
      </w:r>
    </w:p>
    <w:tbl>
      <w:tblPr>
        <w:tblW w:w="0" w:type="auto"/>
        <w:jc w:val="center"/>
        <w:tblLook w:val="04A0" w:firstRow="1" w:lastRow="0" w:firstColumn="1" w:lastColumn="0" w:noHBand="0" w:noVBand="1"/>
      </w:tblPr>
      <w:tblGrid>
        <w:gridCol w:w="9858"/>
      </w:tblGrid>
      <w:tr w:rsidR="003547FB" w:rsidRPr="003812E8" w14:paraId="5D43CE6F"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08D7E39E" w14:textId="77777777" w:rsidR="003547FB" w:rsidRPr="003812E8" w:rsidRDefault="002170C5" w:rsidP="00BC03C6">
            <w:pPr>
              <w:spacing w:after="0" w:line="23" w:lineRule="atLeast"/>
              <w:rPr>
                <w:rFonts w:cs="Arial"/>
              </w:rPr>
            </w:pPr>
            <w:r w:rsidRPr="003812E8">
              <w:rPr>
                <w:rFonts w:cs="Arial"/>
              </w:rPr>
              <w:br/>
            </w:r>
            <w:r w:rsidRPr="003812E8">
              <w:rPr>
                <w:rFonts w:cs="Arial"/>
              </w:rPr>
              <w:br/>
            </w:r>
            <w:r w:rsidRPr="003812E8">
              <w:rPr>
                <w:rFonts w:cs="Arial"/>
              </w:rPr>
              <w:br/>
            </w:r>
          </w:p>
        </w:tc>
      </w:tr>
    </w:tbl>
    <w:p w14:paraId="79D05E4A" w14:textId="77777777" w:rsidR="003551AD" w:rsidRPr="003812E8" w:rsidRDefault="003551AD" w:rsidP="00BC03C6">
      <w:pPr>
        <w:spacing w:line="23" w:lineRule="atLeast"/>
        <w:rPr>
          <w:rFonts w:cs="Arial"/>
        </w:rPr>
      </w:pPr>
    </w:p>
    <w:p w14:paraId="0D534E58" w14:textId="049240E6"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2. What affected its implementation?</w:t>
      </w:r>
    </w:p>
    <w:p w14:paraId="7050573B" w14:textId="77777777" w:rsidR="003D2573" w:rsidRDefault="002170C5" w:rsidP="00BC03C6">
      <w:pPr>
        <w:spacing w:after="0" w:line="23" w:lineRule="atLeast"/>
        <w:rPr>
          <w:rFonts w:cs="Arial"/>
          <w:sz w:val="22"/>
          <w:szCs w:val="24"/>
        </w:rPr>
      </w:pPr>
      <w:r w:rsidRPr="003812E8">
        <w:rPr>
          <w:rFonts w:cs="Arial"/>
          <w:sz w:val="22"/>
          <w:szCs w:val="24"/>
        </w:rPr>
        <w:t xml:space="preserve">Please describe what happened. </w:t>
      </w:r>
    </w:p>
    <w:p w14:paraId="18DA828D" w14:textId="77777777" w:rsidR="003D2573" w:rsidRDefault="003D2573" w:rsidP="00BC03C6">
      <w:pPr>
        <w:spacing w:after="0" w:line="23" w:lineRule="atLeast"/>
        <w:rPr>
          <w:rFonts w:cs="Arial"/>
          <w:sz w:val="22"/>
          <w:szCs w:val="24"/>
        </w:rPr>
      </w:pPr>
    </w:p>
    <w:p w14:paraId="4FF14D86" w14:textId="552F764E" w:rsidR="003547FB" w:rsidRPr="003D2573" w:rsidRDefault="002170C5" w:rsidP="009A444C">
      <w:pPr>
        <w:spacing w:after="60" w:line="23" w:lineRule="atLeast"/>
        <w:rPr>
          <w:rFonts w:cs="Arial"/>
          <w:b/>
          <w:bCs/>
          <w:sz w:val="22"/>
          <w:szCs w:val="24"/>
        </w:rPr>
      </w:pPr>
      <w:r w:rsidRPr="003D2573">
        <w:rPr>
          <w:rFonts w:cs="Arial"/>
          <w:b/>
          <w:bCs/>
          <w:sz w:val="22"/>
          <w:szCs w:val="24"/>
        </w:rPr>
        <w:t>Where relevant, tell us:</w:t>
      </w:r>
    </w:p>
    <w:p w14:paraId="7737F96C" w14:textId="77777777" w:rsidR="003547FB" w:rsidRPr="003812E8" w:rsidRDefault="002170C5" w:rsidP="009A444C">
      <w:pPr>
        <w:pStyle w:val="ListBullet"/>
        <w:spacing w:after="60" w:line="23" w:lineRule="atLeast"/>
        <w:ind w:hanging="216"/>
        <w:contextualSpacing w:val="0"/>
        <w:rPr>
          <w:rFonts w:cs="Arial"/>
          <w:sz w:val="22"/>
          <w:szCs w:val="24"/>
        </w:rPr>
      </w:pPr>
      <w:r w:rsidRPr="003812E8">
        <w:rPr>
          <w:rFonts w:cs="Arial"/>
          <w:sz w:val="22"/>
          <w:szCs w:val="24"/>
        </w:rPr>
        <w:t>what prevented, delayed or discouraged the work</w:t>
      </w:r>
    </w:p>
    <w:p w14:paraId="3968AC15" w14:textId="77777777" w:rsidR="003547FB" w:rsidRPr="003812E8" w:rsidRDefault="002170C5" w:rsidP="009A444C">
      <w:pPr>
        <w:pStyle w:val="ListBullet"/>
        <w:spacing w:after="60" w:line="23" w:lineRule="atLeast"/>
        <w:ind w:hanging="216"/>
        <w:contextualSpacing w:val="0"/>
        <w:rPr>
          <w:rFonts w:cs="Arial"/>
          <w:sz w:val="22"/>
          <w:szCs w:val="24"/>
        </w:rPr>
      </w:pPr>
      <w:r w:rsidRPr="003812E8">
        <w:rPr>
          <w:rFonts w:cs="Arial"/>
          <w:sz w:val="22"/>
          <w:szCs w:val="24"/>
        </w:rPr>
        <w:t xml:space="preserve">which </w:t>
      </w:r>
      <w:proofErr w:type="spellStart"/>
      <w:r w:rsidRPr="003812E8">
        <w:rPr>
          <w:rFonts w:cs="Arial"/>
          <w:sz w:val="22"/>
          <w:szCs w:val="24"/>
        </w:rPr>
        <w:t>organisations</w:t>
      </w:r>
      <w:proofErr w:type="spellEnd"/>
      <w:r w:rsidRPr="003812E8">
        <w:rPr>
          <w:rFonts w:cs="Arial"/>
          <w:sz w:val="22"/>
          <w:szCs w:val="24"/>
        </w:rPr>
        <w:t xml:space="preserve"> were involved, and whether you were directly involved</w:t>
      </w:r>
    </w:p>
    <w:p w14:paraId="7F9E613D" w14:textId="77777777" w:rsidR="003547FB" w:rsidRPr="003812E8" w:rsidRDefault="002170C5" w:rsidP="009A444C">
      <w:pPr>
        <w:pStyle w:val="ListBullet"/>
        <w:spacing w:after="60" w:line="23" w:lineRule="atLeast"/>
        <w:ind w:hanging="216"/>
        <w:contextualSpacing w:val="0"/>
        <w:rPr>
          <w:rFonts w:cs="Arial"/>
          <w:sz w:val="22"/>
          <w:szCs w:val="24"/>
        </w:rPr>
      </w:pPr>
      <w:r w:rsidRPr="003812E8">
        <w:rPr>
          <w:rFonts w:cs="Arial"/>
          <w:sz w:val="22"/>
          <w:szCs w:val="24"/>
        </w:rPr>
        <w:t>what effect it had, for example delays or extra costs (and roughly how long or how much), reduced benefits for nature, changes to the work, or the work not going ahead</w:t>
      </w:r>
    </w:p>
    <w:p w14:paraId="7A056987" w14:textId="77777777" w:rsidR="003547FB" w:rsidRPr="003812E8" w:rsidRDefault="002170C5" w:rsidP="009A444C">
      <w:pPr>
        <w:pStyle w:val="ListBullet"/>
        <w:spacing w:after="60" w:line="23" w:lineRule="atLeast"/>
        <w:ind w:hanging="216"/>
        <w:contextualSpacing w:val="0"/>
        <w:rPr>
          <w:rFonts w:cs="Arial"/>
          <w:sz w:val="22"/>
          <w:szCs w:val="24"/>
        </w:rPr>
      </w:pPr>
      <w:r w:rsidRPr="003812E8">
        <w:rPr>
          <w:rFonts w:cs="Arial"/>
          <w:sz w:val="22"/>
          <w:szCs w:val="24"/>
        </w:rPr>
        <w:t>any other factors that contributed, such as poor communication, unclear responsibilities, a lack of expertise, differing priorities, or waiting for other work to happen first</w:t>
      </w:r>
    </w:p>
    <w:p w14:paraId="3CAE505C" w14:textId="77777777" w:rsidR="003547FB" w:rsidRPr="003812E8" w:rsidRDefault="002170C5" w:rsidP="009A444C">
      <w:pPr>
        <w:pStyle w:val="ListBullet"/>
        <w:spacing w:after="240" w:line="23" w:lineRule="atLeast"/>
        <w:ind w:left="357" w:hanging="215"/>
        <w:contextualSpacing w:val="0"/>
        <w:rPr>
          <w:rFonts w:cs="Arial"/>
          <w:sz w:val="22"/>
          <w:szCs w:val="24"/>
        </w:rPr>
      </w:pPr>
      <w:r w:rsidRPr="003812E8">
        <w:rPr>
          <w:rFonts w:cs="Arial"/>
          <w:sz w:val="22"/>
          <w:szCs w:val="24"/>
        </w:rPr>
        <w:t xml:space="preserve">whether the same problem has affected other projects, </w:t>
      </w:r>
      <w:proofErr w:type="spellStart"/>
      <w:r w:rsidRPr="003812E8">
        <w:rPr>
          <w:rFonts w:cs="Arial"/>
          <w:sz w:val="22"/>
          <w:szCs w:val="24"/>
        </w:rPr>
        <w:t>organisations</w:t>
      </w:r>
      <w:proofErr w:type="spellEnd"/>
      <w:r w:rsidRPr="003812E8">
        <w:rPr>
          <w:rFonts w:cs="Arial"/>
          <w:sz w:val="22"/>
          <w:szCs w:val="24"/>
        </w:rPr>
        <w:t xml:space="preserve"> or places.</w:t>
      </w:r>
    </w:p>
    <w:p w14:paraId="064DBE0E" w14:textId="77777777" w:rsidR="003547FB" w:rsidRPr="003812E8" w:rsidRDefault="002170C5" w:rsidP="00CD0DE1">
      <w:pPr>
        <w:spacing w:after="240" w:line="23" w:lineRule="atLeast"/>
        <w:rPr>
          <w:rFonts w:cs="Arial"/>
          <w:sz w:val="22"/>
          <w:szCs w:val="24"/>
        </w:rPr>
      </w:pPr>
      <w:r w:rsidRPr="003812E8">
        <w:rPr>
          <w:rFonts w:cs="Arial"/>
          <w:sz w:val="22"/>
          <w:szCs w:val="24"/>
        </w:rPr>
        <w:t xml:space="preserve">Please do not name individuals: you can give their role or </w:t>
      </w:r>
      <w:proofErr w:type="spellStart"/>
      <w:r w:rsidRPr="003812E8">
        <w:rPr>
          <w:rFonts w:cs="Arial"/>
          <w:sz w:val="22"/>
          <w:szCs w:val="24"/>
        </w:rPr>
        <w:t>organisation</w:t>
      </w:r>
      <w:proofErr w:type="spellEnd"/>
      <w:r w:rsidRPr="003812E8">
        <w:rPr>
          <w:rFonts w:cs="Arial"/>
          <w:sz w:val="22"/>
          <w:szCs w:val="24"/>
        </w:rPr>
        <w:t xml:space="preserve"> instead. Details that could identify a site can be excluded if you wish. Supporting documents and web links are welcome.</w:t>
      </w:r>
    </w:p>
    <w:tbl>
      <w:tblPr>
        <w:tblW w:w="0" w:type="auto"/>
        <w:jc w:val="center"/>
        <w:tblLook w:val="04A0" w:firstRow="1" w:lastRow="0" w:firstColumn="1" w:lastColumn="0" w:noHBand="0" w:noVBand="1"/>
      </w:tblPr>
      <w:tblGrid>
        <w:gridCol w:w="9858"/>
      </w:tblGrid>
      <w:tr w:rsidR="003547FB" w:rsidRPr="003812E8" w14:paraId="3BC753BC"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6F80D063" w14:textId="77777777" w:rsidR="003547FB"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r w:rsidRPr="00CD0DE1">
              <w:rPr>
                <w:rFonts w:cs="Arial"/>
                <w:sz w:val="22"/>
                <w:szCs w:val="24"/>
              </w:rPr>
              <w:br/>
            </w:r>
          </w:p>
        </w:tc>
      </w:tr>
    </w:tbl>
    <w:p w14:paraId="6B4A5100" w14:textId="77777777" w:rsidR="003551AD" w:rsidRPr="003812E8" w:rsidRDefault="003551AD" w:rsidP="00BC03C6">
      <w:pPr>
        <w:spacing w:line="23" w:lineRule="atLeast"/>
        <w:rPr>
          <w:rFonts w:cs="Arial"/>
        </w:rPr>
      </w:pPr>
    </w:p>
    <w:p w14:paraId="68E4312E" w14:textId="37524C6A"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3. What requirement, process or practice was involved</w:t>
      </w:r>
      <w:r w:rsidR="00592DA8" w:rsidRPr="003812E8">
        <w:rPr>
          <w:rFonts w:ascii="Arial" w:hAnsi="Arial" w:cs="Arial"/>
          <w:color w:val="00778B"/>
          <w:sz w:val="24"/>
          <w:szCs w:val="24"/>
        </w:rPr>
        <w:t xml:space="preserve"> in the work</w:t>
      </w:r>
      <w:r w:rsidRPr="003812E8">
        <w:rPr>
          <w:rFonts w:ascii="Arial" w:hAnsi="Arial" w:cs="Arial"/>
          <w:color w:val="00778B"/>
          <w:sz w:val="24"/>
          <w:szCs w:val="24"/>
        </w:rPr>
        <w:t>?</w:t>
      </w:r>
    </w:p>
    <w:p w14:paraId="539E2AB8" w14:textId="77777777" w:rsidR="003D2573" w:rsidRDefault="002170C5" w:rsidP="00BC03C6">
      <w:pPr>
        <w:spacing w:after="0" w:line="23" w:lineRule="atLeast"/>
        <w:rPr>
          <w:rFonts w:cs="Arial"/>
          <w:sz w:val="22"/>
          <w:szCs w:val="24"/>
        </w:rPr>
      </w:pPr>
      <w:r w:rsidRPr="003812E8">
        <w:rPr>
          <w:rFonts w:cs="Arial"/>
          <w:sz w:val="22"/>
          <w:szCs w:val="24"/>
        </w:rPr>
        <w:t xml:space="preserve">For example, </w:t>
      </w:r>
      <w:proofErr w:type="gramStart"/>
      <w:r w:rsidRPr="003812E8">
        <w:rPr>
          <w:rFonts w:cs="Arial"/>
          <w:sz w:val="22"/>
          <w:szCs w:val="24"/>
        </w:rPr>
        <w:t>a law</w:t>
      </w:r>
      <w:proofErr w:type="gramEnd"/>
      <w:r w:rsidRPr="003812E8">
        <w:rPr>
          <w:rFonts w:cs="Arial"/>
          <w:sz w:val="22"/>
          <w:szCs w:val="24"/>
        </w:rPr>
        <w:t xml:space="preserve">, regulation, consent process, policy, guidance, organisational practice or way of working. </w:t>
      </w:r>
    </w:p>
    <w:p w14:paraId="3BD59853" w14:textId="77777777" w:rsidR="003D2573" w:rsidRDefault="003D2573" w:rsidP="00BC03C6">
      <w:pPr>
        <w:spacing w:after="0" w:line="23" w:lineRule="atLeast"/>
        <w:rPr>
          <w:rFonts w:cs="Arial"/>
          <w:sz w:val="22"/>
          <w:szCs w:val="24"/>
        </w:rPr>
      </w:pPr>
    </w:p>
    <w:p w14:paraId="153FA268" w14:textId="75D9B3DA" w:rsidR="003547FB" w:rsidRPr="003D2573" w:rsidRDefault="002170C5" w:rsidP="009A444C">
      <w:pPr>
        <w:spacing w:after="60" w:line="23" w:lineRule="atLeast"/>
        <w:rPr>
          <w:rFonts w:cs="Arial"/>
          <w:b/>
          <w:bCs/>
          <w:sz w:val="22"/>
          <w:szCs w:val="24"/>
        </w:rPr>
      </w:pPr>
      <w:r w:rsidRPr="003D2573">
        <w:rPr>
          <w:rFonts w:cs="Arial"/>
          <w:b/>
          <w:bCs/>
          <w:sz w:val="22"/>
          <w:szCs w:val="24"/>
        </w:rPr>
        <w:t>Where relevant, tell us:</w:t>
      </w:r>
    </w:p>
    <w:p w14:paraId="45462A73"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its name, and, where known, the relevant provision or section</w:t>
      </w:r>
    </w:p>
    <w:p w14:paraId="2FD7603C"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 xml:space="preserve">whether it was a formal legal or regulatory requirement, or advice, guidance or caution from a regulator, adviser or your own </w:t>
      </w:r>
      <w:proofErr w:type="spellStart"/>
      <w:r w:rsidRPr="003812E8">
        <w:rPr>
          <w:rFonts w:cs="Arial"/>
          <w:sz w:val="22"/>
          <w:szCs w:val="24"/>
        </w:rPr>
        <w:t>organisation</w:t>
      </w:r>
      <w:proofErr w:type="spellEnd"/>
    </w:p>
    <w:p w14:paraId="7493AB32"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lastRenderedPageBreak/>
        <w:t xml:space="preserve">whether more than one regulator, permission, </w:t>
      </w:r>
      <w:proofErr w:type="spellStart"/>
      <w:r w:rsidRPr="003812E8">
        <w:rPr>
          <w:rFonts w:cs="Arial"/>
          <w:sz w:val="22"/>
          <w:szCs w:val="24"/>
        </w:rPr>
        <w:t>licence</w:t>
      </w:r>
      <w:proofErr w:type="spellEnd"/>
      <w:r w:rsidRPr="003812E8">
        <w:rPr>
          <w:rFonts w:cs="Arial"/>
          <w:sz w:val="22"/>
          <w:szCs w:val="24"/>
        </w:rPr>
        <w:t xml:space="preserve"> or other consent was involved, and how they fitted together</w:t>
      </w:r>
    </w:p>
    <w:p w14:paraId="601B8F5A" w14:textId="77777777" w:rsidR="003547FB" w:rsidRPr="003812E8" w:rsidRDefault="002170C5" w:rsidP="009A444C">
      <w:pPr>
        <w:pStyle w:val="ListBullet"/>
        <w:spacing w:after="60" w:line="23" w:lineRule="atLeast"/>
        <w:ind w:left="357" w:hanging="215"/>
        <w:contextualSpacing w:val="0"/>
        <w:rPr>
          <w:rFonts w:cs="Arial"/>
          <w:sz w:val="22"/>
          <w:szCs w:val="24"/>
        </w:rPr>
      </w:pPr>
      <w:proofErr w:type="gramStart"/>
      <w:r w:rsidRPr="003812E8">
        <w:rPr>
          <w:rFonts w:cs="Arial"/>
          <w:sz w:val="22"/>
          <w:szCs w:val="24"/>
        </w:rPr>
        <w:t>whether</w:t>
      </w:r>
      <w:proofErr w:type="gramEnd"/>
      <w:r w:rsidRPr="003812E8">
        <w:rPr>
          <w:rFonts w:cs="Arial"/>
          <w:sz w:val="22"/>
          <w:szCs w:val="24"/>
        </w:rPr>
        <w:t xml:space="preserve"> you think the blocker arose from the requirement itself, or from how it was interpreted, applied or administered, for example slow decisions.</w:t>
      </w:r>
    </w:p>
    <w:p w14:paraId="1C576902" w14:textId="77777777" w:rsidR="003547FB" w:rsidRPr="003812E8" w:rsidRDefault="002170C5" w:rsidP="003D2573">
      <w:pPr>
        <w:spacing w:after="240" w:line="23" w:lineRule="atLeast"/>
        <w:rPr>
          <w:rFonts w:cs="Arial"/>
          <w:sz w:val="22"/>
          <w:szCs w:val="24"/>
        </w:rPr>
      </w:pPr>
      <w:r w:rsidRPr="003812E8">
        <w:rPr>
          <w:rFonts w:cs="Arial"/>
          <w:sz w:val="22"/>
          <w:szCs w:val="24"/>
        </w:rPr>
        <w:t>If no specific requirement was involved, for example where guidance was lacking, please say so. If you do not know, please answer “Not sure”.</w:t>
      </w:r>
    </w:p>
    <w:tbl>
      <w:tblPr>
        <w:tblW w:w="0" w:type="auto"/>
        <w:jc w:val="center"/>
        <w:tblLook w:val="04A0" w:firstRow="1" w:lastRow="0" w:firstColumn="1" w:lastColumn="0" w:noHBand="0" w:noVBand="1"/>
      </w:tblPr>
      <w:tblGrid>
        <w:gridCol w:w="9858"/>
      </w:tblGrid>
      <w:tr w:rsidR="003547FB" w:rsidRPr="003812E8" w14:paraId="7D642884"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6064281F" w14:textId="77777777" w:rsidR="003547FB" w:rsidRPr="003812E8" w:rsidRDefault="002170C5" w:rsidP="00BC03C6">
            <w:pPr>
              <w:spacing w:after="0" w:line="23" w:lineRule="atLeast"/>
              <w:rPr>
                <w:rFonts w:cs="Arial"/>
              </w:rPr>
            </w:pPr>
            <w:r w:rsidRPr="00CD0DE1">
              <w:rPr>
                <w:rFonts w:cs="Arial"/>
                <w:sz w:val="22"/>
                <w:szCs w:val="24"/>
              </w:rPr>
              <w:br/>
            </w:r>
            <w:r w:rsidRPr="00CD0DE1">
              <w:rPr>
                <w:rFonts w:cs="Arial"/>
                <w:sz w:val="22"/>
                <w:szCs w:val="24"/>
              </w:rPr>
              <w:br/>
            </w:r>
            <w:r w:rsidRPr="00CD0DE1">
              <w:rPr>
                <w:rFonts w:cs="Arial"/>
                <w:sz w:val="22"/>
                <w:szCs w:val="24"/>
              </w:rPr>
              <w:br/>
            </w:r>
          </w:p>
        </w:tc>
      </w:tr>
    </w:tbl>
    <w:p w14:paraId="49CCB13E" w14:textId="77777777" w:rsidR="003551AD" w:rsidRPr="003812E8" w:rsidRDefault="003551AD" w:rsidP="00BC03C6">
      <w:pPr>
        <w:spacing w:line="23" w:lineRule="atLeast"/>
        <w:rPr>
          <w:rFonts w:cs="Arial"/>
        </w:rPr>
      </w:pPr>
    </w:p>
    <w:p w14:paraId="06734871" w14:textId="422969CD"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4. What has helped, or could help, to overcome this blocker? (optional)</w:t>
      </w:r>
    </w:p>
    <w:p w14:paraId="3A73BCD8" w14:textId="77777777" w:rsidR="003D2573" w:rsidRDefault="002170C5" w:rsidP="00BC03C6">
      <w:pPr>
        <w:spacing w:after="0" w:line="23" w:lineRule="atLeast"/>
        <w:rPr>
          <w:rFonts w:cs="Arial"/>
          <w:sz w:val="22"/>
          <w:szCs w:val="24"/>
        </w:rPr>
      </w:pPr>
      <w:r w:rsidRPr="003812E8">
        <w:rPr>
          <w:rFonts w:cs="Arial"/>
          <w:sz w:val="22"/>
          <w:szCs w:val="24"/>
        </w:rPr>
        <w:t xml:space="preserve">For example, a better process, clarification or guidance, improved communication or collaboration, knowledge sharing, access to expertise, a different way of working, an exemption, a change in legislation or an idea of your own. </w:t>
      </w:r>
    </w:p>
    <w:p w14:paraId="4B35DFBC" w14:textId="77777777" w:rsidR="003D2573" w:rsidRDefault="003D2573" w:rsidP="009A444C">
      <w:pPr>
        <w:spacing w:after="60" w:line="23" w:lineRule="atLeast"/>
        <w:rPr>
          <w:rFonts w:cs="Arial"/>
          <w:sz w:val="22"/>
          <w:szCs w:val="24"/>
        </w:rPr>
      </w:pPr>
    </w:p>
    <w:p w14:paraId="0FAECD87" w14:textId="0520825D" w:rsidR="003547FB" w:rsidRPr="003D2573" w:rsidRDefault="002170C5" w:rsidP="009A444C">
      <w:pPr>
        <w:spacing w:after="60" w:line="23" w:lineRule="atLeast"/>
        <w:rPr>
          <w:rFonts w:cs="Arial"/>
          <w:b/>
          <w:bCs/>
          <w:sz w:val="22"/>
          <w:szCs w:val="24"/>
        </w:rPr>
      </w:pPr>
      <w:r w:rsidRPr="003D2573">
        <w:rPr>
          <w:rFonts w:cs="Arial"/>
          <w:b/>
          <w:bCs/>
          <w:sz w:val="22"/>
          <w:szCs w:val="24"/>
        </w:rPr>
        <w:t>Where relevant, tell us:</w:t>
      </w:r>
    </w:p>
    <w:p w14:paraId="400F698B" w14:textId="77777777" w:rsidR="003547FB" w:rsidRPr="003812E8" w:rsidRDefault="002170C5" w:rsidP="009A444C">
      <w:pPr>
        <w:pStyle w:val="ListBullet"/>
        <w:spacing w:after="60" w:line="23" w:lineRule="atLeast"/>
        <w:ind w:hanging="216"/>
        <w:contextualSpacing w:val="0"/>
        <w:rPr>
          <w:rFonts w:cs="Arial"/>
          <w:sz w:val="22"/>
          <w:szCs w:val="24"/>
        </w:rPr>
      </w:pPr>
      <w:r w:rsidRPr="003812E8">
        <w:rPr>
          <w:rFonts w:cs="Arial"/>
          <w:sz w:val="22"/>
          <w:szCs w:val="24"/>
        </w:rPr>
        <w:t>which parts of the problem it addressed, or could address</w:t>
      </w:r>
    </w:p>
    <w:p w14:paraId="2A50C780" w14:textId="77777777" w:rsidR="003547FB" w:rsidRPr="003812E8" w:rsidRDefault="002170C5" w:rsidP="009A444C">
      <w:pPr>
        <w:pStyle w:val="ListBullet"/>
        <w:spacing w:after="60" w:line="23" w:lineRule="atLeast"/>
        <w:ind w:hanging="216"/>
        <w:contextualSpacing w:val="0"/>
        <w:rPr>
          <w:rFonts w:cs="Arial"/>
          <w:sz w:val="22"/>
          <w:szCs w:val="24"/>
        </w:rPr>
      </w:pPr>
      <w:proofErr w:type="gramStart"/>
      <w:r w:rsidRPr="003812E8">
        <w:rPr>
          <w:rFonts w:cs="Arial"/>
          <w:sz w:val="22"/>
          <w:szCs w:val="24"/>
        </w:rPr>
        <w:t>what</w:t>
      </w:r>
      <w:proofErr w:type="gramEnd"/>
      <w:r w:rsidRPr="003812E8">
        <w:rPr>
          <w:rFonts w:cs="Arial"/>
          <w:sz w:val="22"/>
          <w:szCs w:val="24"/>
        </w:rPr>
        <w:t xml:space="preserve"> difference it made, or could make</w:t>
      </w:r>
    </w:p>
    <w:p w14:paraId="78023058" w14:textId="77777777" w:rsidR="003547FB" w:rsidRPr="003812E8" w:rsidRDefault="002170C5" w:rsidP="009A444C">
      <w:pPr>
        <w:pStyle w:val="ListBullet"/>
        <w:spacing w:after="60" w:line="23" w:lineRule="atLeast"/>
        <w:ind w:hanging="216"/>
        <w:contextualSpacing w:val="0"/>
        <w:rPr>
          <w:rFonts w:cs="Arial"/>
          <w:sz w:val="22"/>
          <w:szCs w:val="24"/>
        </w:rPr>
      </w:pPr>
      <w:r w:rsidRPr="003812E8">
        <w:rPr>
          <w:rFonts w:cs="Arial"/>
          <w:sz w:val="22"/>
          <w:szCs w:val="24"/>
        </w:rPr>
        <w:t>whether it could be applied more widely, and who would need to act</w:t>
      </w:r>
    </w:p>
    <w:p w14:paraId="07059EAD" w14:textId="77777777" w:rsidR="003547FB" w:rsidRPr="003812E8" w:rsidRDefault="002170C5" w:rsidP="009A444C">
      <w:pPr>
        <w:pStyle w:val="ListBullet"/>
        <w:spacing w:after="60" w:line="23" w:lineRule="atLeast"/>
        <w:ind w:hanging="216"/>
        <w:contextualSpacing w:val="0"/>
        <w:rPr>
          <w:rFonts w:cs="Arial"/>
          <w:sz w:val="22"/>
          <w:szCs w:val="24"/>
        </w:rPr>
      </w:pPr>
      <w:r w:rsidRPr="003812E8">
        <w:rPr>
          <w:rFonts w:cs="Arial"/>
          <w:sz w:val="22"/>
          <w:szCs w:val="24"/>
        </w:rPr>
        <w:t>any difficulties, risks or trade-offs you are aware of.</w:t>
      </w:r>
    </w:p>
    <w:tbl>
      <w:tblPr>
        <w:tblW w:w="0" w:type="auto"/>
        <w:jc w:val="center"/>
        <w:tblLook w:val="04A0" w:firstRow="1" w:lastRow="0" w:firstColumn="1" w:lastColumn="0" w:noHBand="0" w:noVBand="1"/>
      </w:tblPr>
      <w:tblGrid>
        <w:gridCol w:w="9858"/>
      </w:tblGrid>
      <w:tr w:rsidR="003547FB" w:rsidRPr="003812E8" w14:paraId="3FD6657A"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7DA50C50" w14:textId="77777777" w:rsidR="003547FB" w:rsidRPr="003812E8" w:rsidRDefault="002170C5" w:rsidP="00BC03C6">
            <w:pPr>
              <w:spacing w:after="0" w:line="23" w:lineRule="atLeast"/>
              <w:rPr>
                <w:rFonts w:cs="Arial"/>
              </w:rPr>
            </w:pPr>
            <w:r w:rsidRPr="00CD0DE1">
              <w:rPr>
                <w:rFonts w:cs="Arial"/>
                <w:sz w:val="22"/>
                <w:szCs w:val="24"/>
              </w:rPr>
              <w:br/>
            </w:r>
            <w:r w:rsidRPr="00CD0DE1">
              <w:rPr>
                <w:rFonts w:cs="Arial"/>
                <w:sz w:val="22"/>
                <w:szCs w:val="24"/>
              </w:rPr>
              <w:br/>
            </w:r>
            <w:r w:rsidRPr="00CD0DE1">
              <w:rPr>
                <w:rFonts w:cs="Arial"/>
                <w:sz w:val="22"/>
                <w:szCs w:val="24"/>
              </w:rPr>
              <w:br/>
            </w:r>
          </w:p>
        </w:tc>
      </w:tr>
    </w:tbl>
    <w:p w14:paraId="26C985BA" w14:textId="77777777" w:rsidR="003551AD" w:rsidRPr="003812E8" w:rsidRDefault="003551AD" w:rsidP="00BC03C6">
      <w:pPr>
        <w:spacing w:line="23" w:lineRule="atLeast"/>
        <w:rPr>
          <w:rFonts w:cs="Arial"/>
        </w:rPr>
      </w:pPr>
    </w:p>
    <w:p w14:paraId="799A5D64" w14:textId="77777777" w:rsidR="003551AD" w:rsidRPr="003812E8" w:rsidRDefault="003551AD" w:rsidP="00BC03C6">
      <w:pPr>
        <w:spacing w:after="200" w:line="23" w:lineRule="atLeast"/>
        <w:rPr>
          <w:rFonts w:eastAsiaTheme="majorEastAsia" w:cs="Arial"/>
          <w:b/>
          <w:bCs/>
          <w:color w:val="00778B"/>
          <w:sz w:val="26"/>
          <w:szCs w:val="26"/>
        </w:rPr>
      </w:pPr>
      <w:r w:rsidRPr="003812E8">
        <w:rPr>
          <w:rFonts w:cs="Arial"/>
        </w:rPr>
        <w:br w:type="page"/>
      </w:r>
    </w:p>
    <w:p w14:paraId="5B432BDE" w14:textId="77777777" w:rsidR="003812E8" w:rsidRDefault="003812E8" w:rsidP="00BC03C6">
      <w:pPr>
        <w:pStyle w:val="Heading2"/>
        <w:spacing w:line="23" w:lineRule="atLeast"/>
        <w:rPr>
          <w:rFonts w:ascii="Arial" w:hAnsi="Arial" w:cs="Arial"/>
        </w:rPr>
      </w:pPr>
    </w:p>
    <w:p w14:paraId="1EFFE272" w14:textId="3FAE54CF" w:rsidR="003547FB" w:rsidRPr="003812E8" w:rsidRDefault="002170C5" w:rsidP="00BC03C6">
      <w:pPr>
        <w:pStyle w:val="Heading2"/>
        <w:shd w:val="clear" w:color="auto" w:fill="01426A"/>
        <w:spacing w:after="120" w:line="23" w:lineRule="atLeast"/>
        <w:rPr>
          <w:rFonts w:ascii="Arial" w:hAnsi="Arial" w:cs="Arial"/>
          <w:color w:val="FFFFFF" w:themeColor="background1"/>
        </w:rPr>
      </w:pPr>
      <w:r w:rsidRPr="003812E8">
        <w:rPr>
          <w:rFonts w:ascii="Arial" w:hAnsi="Arial" w:cs="Arial"/>
          <w:color w:val="FFFFFF" w:themeColor="background1"/>
        </w:rPr>
        <w:t>Blocker 2 (optional)</w:t>
      </w:r>
    </w:p>
    <w:p w14:paraId="599F032F" w14:textId="77777777" w:rsidR="003547FB" w:rsidRPr="003812E8" w:rsidRDefault="002170C5" w:rsidP="00BC03C6">
      <w:pPr>
        <w:pStyle w:val="Heading3"/>
        <w:spacing w:line="23" w:lineRule="atLeast"/>
        <w:rPr>
          <w:rFonts w:ascii="Arial" w:hAnsi="Arial" w:cs="Arial"/>
        </w:rPr>
      </w:pPr>
      <w:r w:rsidRPr="003812E8">
        <w:rPr>
          <w:rFonts w:ascii="Arial" w:hAnsi="Arial" w:cs="Arial"/>
        </w:rPr>
        <w:t xml:space="preserve">1. </w:t>
      </w:r>
      <w:r w:rsidRPr="003812E8">
        <w:rPr>
          <w:rFonts w:ascii="Arial" w:hAnsi="Arial" w:cs="Arial"/>
          <w:color w:val="00778B"/>
          <w:sz w:val="24"/>
          <w:szCs w:val="24"/>
        </w:rPr>
        <w:t>What nature recovery work were you trying to carry out?</w:t>
      </w:r>
    </w:p>
    <w:p w14:paraId="4449FEC3" w14:textId="77777777" w:rsidR="003547FB" w:rsidRPr="003D2573" w:rsidRDefault="002170C5" w:rsidP="009A444C">
      <w:pPr>
        <w:spacing w:after="60" w:line="23" w:lineRule="atLeast"/>
        <w:rPr>
          <w:rFonts w:cs="Arial"/>
          <w:b/>
          <w:bCs/>
          <w:sz w:val="22"/>
          <w:szCs w:val="24"/>
        </w:rPr>
      </w:pPr>
      <w:r w:rsidRPr="003D2573">
        <w:rPr>
          <w:rFonts w:cs="Arial"/>
          <w:b/>
          <w:bCs/>
          <w:sz w:val="22"/>
          <w:szCs w:val="24"/>
        </w:rPr>
        <w:t>Please briefly describe:</w:t>
      </w:r>
    </w:p>
    <w:p w14:paraId="65BF4CC3"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the work you intended to do, including its scale</w:t>
      </w:r>
    </w:p>
    <w:p w14:paraId="76F0D171"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its expected benefit for nature</w:t>
      </w:r>
    </w:p>
    <w:p w14:paraId="0F9FDEE1" w14:textId="77777777" w:rsidR="003547FB"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roughly when and where it took place or was planned.</w:t>
      </w:r>
    </w:p>
    <w:p w14:paraId="438CD3A8" w14:textId="77777777" w:rsidR="00BC03C6" w:rsidRPr="003812E8" w:rsidRDefault="00BC03C6" w:rsidP="00BC03C6">
      <w:pPr>
        <w:pStyle w:val="ListBullet"/>
        <w:numPr>
          <w:ilvl w:val="0"/>
          <w:numId w:val="0"/>
        </w:numPr>
        <w:spacing w:after="60" w:line="23" w:lineRule="atLeast"/>
        <w:ind w:left="357"/>
        <w:contextualSpacing w:val="0"/>
        <w:rPr>
          <w:rFonts w:cs="Arial"/>
          <w:sz w:val="22"/>
          <w:szCs w:val="24"/>
        </w:rPr>
      </w:pPr>
    </w:p>
    <w:tbl>
      <w:tblPr>
        <w:tblW w:w="0" w:type="auto"/>
        <w:jc w:val="center"/>
        <w:tblLook w:val="04A0" w:firstRow="1" w:lastRow="0" w:firstColumn="1" w:lastColumn="0" w:noHBand="0" w:noVBand="1"/>
      </w:tblPr>
      <w:tblGrid>
        <w:gridCol w:w="9858"/>
      </w:tblGrid>
      <w:tr w:rsidR="003547FB" w:rsidRPr="003812E8" w14:paraId="4D19B2D3"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2F887328" w14:textId="77777777" w:rsidR="00BC03C6"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p>
          <w:p w14:paraId="033616EA" w14:textId="2132A8F5" w:rsidR="003547FB" w:rsidRPr="003812E8" w:rsidRDefault="002170C5" w:rsidP="00BC03C6">
            <w:pPr>
              <w:spacing w:after="0" w:line="23" w:lineRule="atLeast"/>
              <w:rPr>
                <w:rFonts w:cs="Arial"/>
              </w:rPr>
            </w:pPr>
            <w:r w:rsidRPr="00CD0DE1">
              <w:rPr>
                <w:rFonts w:cs="Arial"/>
                <w:sz w:val="22"/>
                <w:szCs w:val="24"/>
              </w:rPr>
              <w:br/>
            </w:r>
          </w:p>
        </w:tc>
      </w:tr>
    </w:tbl>
    <w:p w14:paraId="4FC9A87E" w14:textId="77777777" w:rsidR="003551AD" w:rsidRPr="003812E8" w:rsidRDefault="003551AD" w:rsidP="00BC03C6">
      <w:pPr>
        <w:spacing w:line="23" w:lineRule="atLeast"/>
        <w:rPr>
          <w:rFonts w:cs="Arial"/>
          <w:color w:val="00778B"/>
          <w:sz w:val="22"/>
          <w:szCs w:val="24"/>
        </w:rPr>
      </w:pPr>
    </w:p>
    <w:p w14:paraId="6DEE1BBF" w14:textId="40C1398D"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2. What affected its implementation?</w:t>
      </w:r>
    </w:p>
    <w:p w14:paraId="428A63DF" w14:textId="77777777" w:rsidR="003D2573" w:rsidRDefault="002170C5" w:rsidP="009A444C">
      <w:pPr>
        <w:spacing w:after="240" w:line="23" w:lineRule="atLeast"/>
        <w:rPr>
          <w:rFonts w:cs="Arial"/>
          <w:sz w:val="22"/>
          <w:szCs w:val="24"/>
        </w:rPr>
      </w:pPr>
      <w:r w:rsidRPr="003812E8">
        <w:rPr>
          <w:rFonts w:cs="Arial"/>
          <w:sz w:val="22"/>
          <w:szCs w:val="24"/>
        </w:rPr>
        <w:t xml:space="preserve">Please describe what happened. </w:t>
      </w:r>
    </w:p>
    <w:p w14:paraId="62AB7016" w14:textId="52263CC0" w:rsidR="003547FB" w:rsidRPr="003D2573" w:rsidRDefault="002170C5" w:rsidP="00BC03C6">
      <w:pPr>
        <w:spacing w:after="60" w:line="23" w:lineRule="atLeast"/>
        <w:rPr>
          <w:rFonts w:cs="Arial"/>
          <w:b/>
          <w:bCs/>
          <w:sz w:val="22"/>
          <w:szCs w:val="24"/>
        </w:rPr>
      </w:pPr>
      <w:r w:rsidRPr="003D2573">
        <w:rPr>
          <w:rFonts w:cs="Arial"/>
          <w:b/>
          <w:bCs/>
          <w:sz w:val="22"/>
          <w:szCs w:val="24"/>
        </w:rPr>
        <w:t>Where relevant, tell us:</w:t>
      </w:r>
    </w:p>
    <w:p w14:paraId="65F7E604" w14:textId="77777777" w:rsidR="003547FB" w:rsidRPr="003812E8" w:rsidRDefault="002170C5" w:rsidP="00BC03C6">
      <w:pPr>
        <w:pStyle w:val="ListBullet"/>
        <w:spacing w:after="60" w:line="23" w:lineRule="atLeast"/>
        <w:ind w:hanging="216"/>
        <w:contextualSpacing w:val="0"/>
        <w:rPr>
          <w:rFonts w:cs="Arial"/>
          <w:sz w:val="22"/>
          <w:szCs w:val="24"/>
        </w:rPr>
      </w:pPr>
      <w:r w:rsidRPr="003812E8">
        <w:rPr>
          <w:rFonts w:cs="Arial"/>
          <w:sz w:val="22"/>
          <w:szCs w:val="24"/>
        </w:rPr>
        <w:t>what prevented, delayed or discouraged the work</w:t>
      </w:r>
    </w:p>
    <w:p w14:paraId="7240021D" w14:textId="77777777" w:rsidR="003547FB" w:rsidRPr="003812E8" w:rsidRDefault="002170C5" w:rsidP="00BC03C6">
      <w:pPr>
        <w:pStyle w:val="ListBullet"/>
        <w:spacing w:after="60" w:line="23" w:lineRule="atLeast"/>
        <w:ind w:hanging="216"/>
        <w:contextualSpacing w:val="0"/>
        <w:rPr>
          <w:rFonts w:cs="Arial"/>
          <w:sz w:val="22"/>
          <w:szCs w:val="24"/>
        </w:rPr>
      </w:pPr>
      <w:r w:rsidRPr="003812E8">
        <w:rPr>
          <w:rFonts w:cs="Arial"/>
          <w:sz w:val="22"/>
          <w:szCs w:val="24"/>
        </w:rPr>
        <w:t xml:space="preserve">which </w:t>
      </w:r>
      <w:proofErr w:type="spellStart"/>
      <w:r w:rsidRPr="003812E8">
        <w:rPr>
          <w:rFonts w:cs="Arial"/>
          <w:sz w:val="22"/>
          <w:szCs w:val="24"/>
        </w:rPr>
        <w:t>organisations</w:t>
      </w:r>
      <w:proofErr w:type="spellEnd"/>
      <w:r w:rsidRPr="003812E8">
        <w:rPr>
          <w:rFonts w:cs="Arial"/>
          <w:sz w:val="22"/>
          <w:szCs w:val="24"/>
        </w:rPr>
        <w:t xml:space="preserve"> were involved, and whether you were directly involved</w:t>
      </w:r>
    </w:p>
    <w:p w14:paraId="1C9E0A7F" w14:textId="77777777" w:rsidR="003547FB" w:rsidRPr="003812E8" w:rsidRDefault="002170C5" w:rsidP="00BC03C6">
      <w:pPr>
        <w:pStyle w:val="ListBullet"/>
        <w:spacing w:after="60" w:line="23" w:lineRule="atLeast"/>
        <w:ind w:hanging="216"/>
        <w:contextualSpacing w:val="0"/>
        <w:rPr>
          <w:rFonts w:cs="Arial"/>
          <w:sz w:val="22"/>
          <w:szCs w:val="24"/>
        </w:rPr>
      </w:pPr>
      <w:r w:rsidRPr="003812E8">
        <w:rPr>
          <w:rFonts w:cs="Arial"/>
          <w:sz w:val="22"/>
          <w:szCs w:val="24"/>
        </w:rPr>
        <w:t>what effect it had, for example delays or extra costs (and roughly how long or how much), reduced benefits for nature, changes to the work, or the work not going ahead</w:t>
      </w:r>
    </w:p>
    <w:p w14:paraId="76057CA1" w14:textId="77777777" w:rsidR="003547FB" w:rsidRPr="003812E8" w:rsidRDefault="002170C5" w:rsidP="00BC03C6">
      <w:pPr>
        <w:pStyle w:val="ListBullet"/>
        <w:spacing w:after="60" w:line="23" w:lineRule="atLeast"/>
        <w:ind w:hanging="216"/>
        <w:contextualSpacing w:val="0"/>
        <w:rPr>
          <w:rFonts w:cs="Arial"/>
          <w:sz w:val="22"/>
          <w:szCs w:val="24"/>
        </w:rPr>
      </w:pPr>
      <w:r w:rsidRPr="003812E8">
        <w:rPr>
          <w:rFonts w:cs="Arial"/>
          <w:sz w:val="22"/>
          <w:szCs w:val="24"/>
        </w:rPr>
        <w:t>any other factors that contributed, such as poor communication, unclear responsibilities, a lack of expertise, differing priorities, or waiting for other work to happen first</w:t>
      </w:r>
    </w:p>
    <w:p w14:paraId="4B8B2C2A" w14:textId="77777777" w:rsidR="003547FB" w:rsidRPr="003812E8" w:rsidRDefault="002170C5" w:rsidP="009A444C">
      <w:pPr>
        <w:pStyle w:val="ListBullet"/>
        <w:spacing w:after="240" w:line="23" w:lineRule="atLeast"/>
        <w:ind w:left="357" w:hanging="215"/>
        <w:contextualSpacing w:val="0"/>
        <w:rPr>
          <w:rFonts w:cs="Arial"/>
          <w:sz w:val="22"/>
          <w:szCs w:val="24"/>
        </w:rPr>
      </w:pPr>
      <w:r w:rsidRPr="003812E8">
        <w:rPr>
          <w:rFonts w:cs="Arial"/>
          <w:sz w:val="22"/>
          <w:szCs w:val="24"/>
        </w:rPr>
        <w:t xml:space="preserve">whether the same problem has affected other projects, </w:t>
      </w:r>
      <w:proofErr w:type="spellStart"/>
      <w:r w:rsidRPr="003812E8">
        <w:rPr>
          <w:rFonts w:cs="Arial"/>
          <w:sz w:val="22"/>
          <w:szCs w:val="24"/>
        </w:rPr>
        <w:t>organisations</w:t>
      </w:r>
      <w:proofErr w:type="spellEnd"/>
      <w:r w:rsidRPr="003812E8">
        <w:rPr>
          <w:rFonts w:cs="Arial"/>
          <w:sz w:val="22"/>
          <w:szCs w:val="24"/>
        </w:rPr>
        <w:t xml:space="preserve"> or places.</w:t>
      </w:r>
    </w:p>
    <w:p w14:paraId="352A34E1" w14:textId="77777777" w:rsidR="003547FB" w:rsidRDefault="002170C5" w:rsidP="00BC03C6">
      <w:pPr>
        <w:spacing w:after="60" w:line="23" w:lineRule="atLeast"/>
        <w:rPr>
          <w:rFonts w:cs="Arial"/>
          <w:sz w:val="22"/>
          <w:szCs w:val="24"/>
        </w:rPr>
      </w:pPr>
      <w:r w:rsidRPr="003812E8">
        <w:rPr>
          <w:rFonts w:cs="Arial"/>
          <w:sz w:val="22"/>
          <w:szCs w:val="24"/>
        </w:rPr>
        <w:t xml:space="preserve">Please do not name individuals: you can give their role or </w:t>
      </w:r>
      <w:proofErr w:type="spellStart"/>
      <w:r w:rsidRPr="003812E8">
        <w:rPr>
          <w:rFonts w:cs="Arial"/>
          <w:sz w:val="22"/>
          <w:szCs w:val="24"/>
        </w:rPr>
        <w:t>organisation</w:t>
      </w:r>
      <w:proofErr w:type="spellEnd"/>
      <w:r w:rsidRPr="003812E8">
        <w:rPr>
          <w:rFonts w:cs="Arial"/>
          <w:sz w:val="22"/>
          <w:szCs w:val="24"/>
        </w:rPr>
        <w:t xml:space="preserve"> instead. Details that could identify a site can be excluded if you wish. Supporting documents and web links are welcome.</w:t>
      </w:r>
    </w:p>
    <w:p w14:paraId="09668AC4" w14:textId="77777777" w:rsidR="00BC03C6" w:rsidRPr="003812E8" w:rsidRDefault="00BC03C6" w:rsidP="00BC03C6">
      <w:pPr>
        <w:spacing w:after="60" w:line="23" w:lineRule="atLeast"/>
        <w:rPr>
          <w:rFonts w:cs="Arial"/>
          <w:sz w:val="22"/>
          <w:szCs w:val="24"/>
        </w:rPr>
      </w:pPr>
    </w:p>
    <w:tbl>
      <w:tblPr>
        <w:tblW w:w="0" w:type="auto"/>
        <w:jc w:val="center"/>
        <w:tblLook w:val="04A0" w:firstRow="1" w:lastRow="0" w:firstColumn="1" w:lastColumn="0" w:noHBand="0" w:noVBand="1"/>
      </w:tblPr>
      <w:tblGrid>
        <w:gridCol w:w="9858"/>
      </w:tblGrid>
      <w:tr w:rsidR="003547FB" w:rsidRPr="003812E8" w14:paraId="159C31A4" w14:textId="77777777" w:rsidTr="00CD0DE1">
        <w:trPr>
          <w:trHeight w:val="1293"/>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2ACD4DE9" w14:textId="77777777" w:rsidR="00BC03C6"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p>
          <w:p w14:paraId="2F3B6B9D" w14:textId="672C5532" w:rsidR="003547FB" w:rsidRPr="003812E8" w:rsidRDefault="002170C5" w:rsidP="00BC03C6">
            <w:pPr>
              <w:spacing w:after="0" w:line="23" w:lineRule="atLeast"/>
              <w:rPr>
                <w:rFonts w:cs="Arial"/>
              </w:rPr>
            </w:pPr>
            <w:r w:rsidRPr="00CD0DE1">
              <w:rPr>
                <w:rFonts w:cs="Arial"/>
                <w:sz w:val="22"/>
                <w:szCs w:val="24"/>
              </w:rPr>
              <w:br/>
            </w:r>
          </w:p>
        </w:tc>
      </w:tr>
    </w:tbl>
    <w:p w14:paraId="5D0388F7" w14:textId="77777777" w:rsidR="00BC03C6" w:rsidRPr="003812E8" w:rsidRDefault="00BC03C6" w:rsidP="00BC03C6">
      <w:pPr>
        <w:spacing w:line="23" w:lineRule="atLeast"/>
        <w:rPr>
          <w:rFonts w:cs="Arial"/>
        </w:rPr>
      </w:pPr>
    </w:p>
    <w:p w14:paraId="24291E9F" w14:textId="7EB26A34" w:rsidR="003547FB" w:rsidRPr="003812E8" w:rsidRDefault="002170C5" w:rsidP="00BC03C6">
      <w:pPr>
        <w:pStyle w:val="Heading3"/>
        <w:spacing w:line="23" w:lineRule="atLeast"/>
        <w:rPr>
          <w:rFonts w:ascii="Arial" w:hAnsi="Arial" w:cs="Arial"/>
          <w:sz w:val="24"/>
          <w:szCs w:val="24"/>
        </w:rPr>
      </w:pPr>
      <w:r w:rsidRPr="003812E8">
        <w:rPr>
          <w:rFonts w:ascii="Arial" w:hAnsi="Arial" w:cs="Arial"/>
          <w:color w:val="00778B"/>
          <w:sz w:val="24"/>
          <w:szCs w:val="24"/>
        </w:rPr>
        <w:t>3. What requirement, process or practice was involved</w:t>
      </w:r>
      <w:r w:rsidR="00592DA8" w:rsidRPr="003812E8">
        <w:rPr>
          <w:rFonts w:ascii="Arial" w:hAnsi="Arial" w:cs="Arial"/>
          <w:color w:val="00778B"/>
          <w:sz w:val="24"/>
          <w:szCs w:val="24"/>
        </w:rPr>
        <w:t xml:space="preserve"> in the work</w:t>
      </w:r>
      <w:r w:rsidRPr="003812E8">
        <w:rPr>
          <w:rFonts w:ascii="Arial" w:hAnsi="Arial" w:cs="Arial"/>
          <w:color w:val="00778B"/>
          <w:sz w:val="24"/>
          <w:szCs w:val="24"/>
        </w:rPr>
        <w:t>?</w:t>
      </w:r>
    </w:p>
    <w:p w14:paraId="03F0794C" w14:textId="77777777" w:rsidR="003D2573" w:rsidRDefault="002170C5" w:rsidP="00BC03C6">
      <w:pPr>
        <w:spacing w:after="0" w:line="23" w:lineRule="atLeast"/>
        <w:rPr>
          <w:rFonts w:cs="Arial"/>
          <w:sz w:val="22"/>
          <w:szCs w:val="24"/>
        </w:rPr>
      </w:pPr>
      <w:r w:rsidRPr="003812E8">
        <w:rPr>
          <w:rFonts w:cs="Arial"/>
          <w:sz w:val="22"/>
          <w:szCs w:val="24"/>
        </w:rPr>
        <w:t xml:space="preserve">For example, </w:t>
      </w:r>
      <w:proofErr w:type="gramStart"/>
      <w:r w:rsidRPr="003812E8">
        <w:rPr>
          <w:rFonts w:cs="Arial"/>
          <w:sz w:val="22"/>
          <w:szCs w:val="24"/>
        </w:rPr>
        <w:t>a law</w:t>
      </w:r>
      <w:proofErr w:type="gramEnd"/>
      <w:r w:rsidRPr="003812E8">
        <w:rPr>
          <w:rFonts w:cs="Arial"/>
          <w:sz w:val="22"/>
          <w:szCs w:val="24"/>
        </w:rPr>
        <w:t xml:space="preserve">, regulation, consent process, policy, guidance, organisational practice or way of working. </w:t>
      </w:r>
    </w:p>
    <w:p w14:paraId="6BAC98B3" w14:textId="77777777" w:rsidR="003D2573" w:rsidRDefault="003D2573" w:rsidP="00BC03C6">
      <w:pPr>
        <w:spacing w:after="0" w:line="23" w:lineRule="atLeast"/>
        <w:rPr>
          <w:rFonts w:cs="Arial"/>
          <w:sz w:val="22"/>
          <w:szCs w:val="24"/>
        </w:rPr>
      </w:pPr>
    </w:p>
    <w:p w14:paraId="58887C86" w14:textId="3B69FA1A" w:rsidR="003547FB" w:rsidRPr="003D2573" w:rsidRDefault="002170C5" w:rsidP="009A444C">
      <w:pPr>
        <w:spacing w:after="60" w:line="23" w:lineRule="atLeast"/>
        <w:rPr>
          <w:rFonts w:cs="Arial"/>
          <w:b/>
          <w:bCs/>
          <w:sz w:val="22"/>
          <w:szCs w:val="24"/>
        </w:rPr>
      </w:pPr>
      <w:r w:rsidRPr="003D2573">
        <w:rPr>
          <w:rFonts w:cs="Arial"/>
          <w:b/>
          <w:bCs/>
          <w:sz w:val="22"/>
          <w:szCs w:val="24"/>
        </w:rPr>
        <w:t>Where relevant, tell us:</w:t>
      </w:r>
    </w:p>
    <w:p w14:paraId="071DF474"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its name, and, where known, the relevant provision or section</w:t>
      </w:r>
    </w:p>
    <w:p w14:paraId="2337BC77"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lastRenderedPageBreak/>
        <w:t xml:space="preserve">whether it was a formal legal or regulatory requirement, or advice, guidance or caution from a regulator, adviser or your own </w:t>
      </w:r>
      <w:proofErr w:type="spellStart"/>
      <w:r w:rsidRPr="003812E8">
        <w:rPr>
          <w:rFonts w:cs="Arial"/>
          <w:sz w:val="22"/>
          <w:szCs w:val="24"/>
        </w:rPr>
        <w:t>organisation</w:t>
      </w:r>
      <w:proofErr w:type="spellEnd"/>
    </w:p>
    <w:p w14:paraId="2C45EF28"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 xml:space="preserve">whether more than one regulator, permission, </w:t>
      </w:r>
      <w:proofErr w:type="spellStart"/>
      <w:r w:rsidRPr="003812E8">
        <w:rPr>
          <w:rFonts w:cs="Arial"/>
          <w:sz w:val="22"/>
          <w:szCs w:val="24"/>
        </w:rPr>
        <w:t>licence</w:t>
      </w:r>
      <w:proofErr w:type="spellEnd"/>
      <w:r w:rsidRPr="003812E8">
        <w:rPr>
          <w:rFonts w:cs="Arial"/>
          <w:sz w:val="22"/>
          <w:szCs w:val="24"/>
        </w:rPr>
        <w:t xml:space="preserve"> or other consent was involved, and how they fitted together</w:t>
      </w:r>
    </w:p>
    <w:p w14:paraId="427B767D" w14:textId="77777777" w:rsidR="00BC03C6"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whether you think the blocker arose from the requirement itself, or from how it was interpreted, applied or administered, for example slow decisions</w:t>
      </w:r>
    </w:p>
    <w:p w14:paraId="11F4A7C7" w14:textId="157D714E" w:rsidR="003547FB" w:rsidRPr="003812E8" w:rsidRDefault="003547FB" w:rsidP="00BC03C6">
      <w:pPr>
        <w:pStyle w:val="ListBullet"/>
        <w:numPr>
          <w:ilvl w:val="0"/>
          <w:numId w:val="0"/>
        </w:numPr>
        <w:spacing w:after="60" w:line="23" w:lineRule="atLeast"/>
        <w:ind w:left="357"/>
        <w:contextualSpacing w:val="0"/>
        <w:rPr>
          <w:rFonts w:cs="Arial"/>
          <w:sz w:val="22"/>
          <w:szCs w:val="24"/>
        </w:rPr>
      </w:pPr>
    </w:p>
    <w:p w14:paraId="71D53363" w14:textId="77777777" w:rsidR="003547FB" w:rsidRPr="003812E8" w:rsidRDefault="002170C5" w:rsidP="009A444C">
      <w:pPr>
        <w:spacing w:after="240" w:line="23" w:lineRule="atLeast"/>
        <w:rPr>
          <w:rFonts w:cs="Arial"/>
          <w:sz w:val="22"/>
          <w:szCs w:val="24"/>
        </w:rPr>
      </w:pPr>
      <w:r w:rsidRPr="003812E8">
        <w:rPr>
          <w:rFonts w:cs="Arial"/>
          <w:sz w:val="22"/>
          <w:szCs w:val="24"/>
        </w:rPr>
        <w:t>If no specific requirement was involved, for example where guidance was lacking, please say so. If you do not know, please answer “Not sure”.</w:t>
      </w:r>
    </w:p>
    <w:tbl>
      <w:tblPr>
        <w:tblW w:w="0" w:type="auto"/>
        <w:jc w:val="center"/>
        <w:tblLook w:val="04A0" w:firstRow="1" w:lastRow="0" w:firstColumn="1" w:lastColumn="0" w:noHBand="0" w:noVBand="1"/>
      </w:tblPr>
      <w:tblGrid>
        <w:gridCol w:w="9858"/>
      </w:tblGrid>
      <w:tr w:rsidR="003547FB" w:rsidRPr="003812E8" w14:paraId="6AD4C2CC"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3F2AC74B" w14:textId="77777777" w:rsidR="003547FB"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r w:rsidRPr="00CD0DE1">
              <w:rPr>
                <w:rFonts w:cs="Arial"/>
                <w:sz w:val="22"/>
                <w:szCs w:val="24"/>
              </w:rPr>
              <w:br/>
            </w:r>
          </w:p>
          <w:p w14:paraId="1B2162B7" w14:textId="77777777" w:rsidR="00BC03C6" w:rsidRPr="003812E8" w:rsidRDefault="00BC03C6" w:rsidP="00BC03C6">
            <w:pPr>
              <w:spacing w:after="0" w:line="23" w:lineRule="atLeast"/>
              <w:rPr>
                <w:rFonts w:cs="Arial"/>
              </w:rPr>
            </w:pPr>
          </w:p>
        </w:tc>
      </w:tr>
    </w:tbl>
    <w:p w14:paraId="67005AD8" w14:textId="77777777" w:rsidR="003551AD" w:rsidRDefault="003551AD" w:rsidP="00BC03C6">
      <w:pPr>
        <w:spacing w:line="23" w:lineRule="atLeast"/>
        <w:rPr>
          <w:rFonts w:cs="Arial"/>
          <w:color w:val="00778B"/>
          <w:sz w:val="22"/>
          <w:szCs w:val="24"/>
        </w:rPr>
      </w:pPr>
    </w:p>
    <w:p w14:paraId="00C8465C" w14:textId="77777777" w:rsidR="00BC03C6" w:rsidRPr="003812E8" w:rsidRDefault="00BC03C6" w:rsidP="00BC03C6">
      <w:pPr>
        <w:spacing w:line="23" w:lineRule="atLeast"/>
        <w:rPr>
          <w:rFonts w:cs="Arial"/>
          <w:color w:val="00778B"/>
          <w:sz w:val="22"/>
          <w:szCs w:val="24"/>
        </w:rPr>
      </w:pPr>
    </w:p>
    <w:p w14:paraId="7F41EE69" w14:textId="66ABC70E"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4. What has helped, or could help, to overcome this blocker? (optional)</w:t>
      </w:r>
    </w:p>
    <w:p w14:paraId="1F643E56" w14:textId="77777777" w:rsidR="003547FB" w:rsidRPr="003812E8" w:rsidRDefault="002170C5" w:rsidP="00BC03C6">
      <w:pPr>
        <w:spacing w:afterLines="60" w:after="144" w:line="23" w:lineRule="atLeast"/>
        <w:rPr>
          <w:rFonts w:cs="Arial"/>
          <w:sz w:val="22"/>
          <w:szCs w:val="24"/>
        </w:rPr>
      </w:pPr>
      <w:r w:rsidRPr="003812E8">
        <w:rPr>
          <w:rFonts w:cs="Arial"/>
          <w:sz w:val="22"/>
          <w:szCs w:val="24"/>
        </w:rPr>
        <w:t>For example, a better process, clarification or guidance, improved communication or collaboration, knowledge sharing, access to expertise, a different way of working, an exemption, a change in legislation or an idea of your own. Where relevant, tell us:</w:t>
      </w:r>
    </w:p>
    <w:p w14:paraId="63B83D63" w14:textId="77777777" w:rsidR="003547FB" w:rsidRPr="003812E8" w:rsidRDefault="002170C5" w:rsidP="00BC03C6">
      <w:pPr>
        <w:pStyle w:val="ListBullet"/>
        <w:spacing w:after="60" w:line="23" w:lineRule="atLeast"/>
        <w:ind w:left="357" w:hanging="215"/>
        <w:contextualSpacing w:val="0"/>
        <w:rPr>
          <w:rFonts w:cs="Arial"/>
          <w:sz w:val="22"/>
          <w:szCs w:val="24"/>
        </w:rPr>
      </w:pPr>
      <w:r w:rsidRPr="003812E8">
        <w:rPr>
          <w:rFonts w:cs="Arial"/>
          <w:sz w:val="22"/>
          <w:szCs w:val="24"/>
        </w:rPr>
        <w:t>which parts of the problem it addressed, or could address</w:t>
      </w:r>
    </w:p>
    <w:p w14:paraId="2E17D822" w14:textId="77777777" w:rsidR="003547FB" w:rsidRPr="003812E8" w:rsidRDefault="002170C5" w:rsidP="00BC03C6">
      <w:pPr>
        <w:pStyle w:val="ListBullet"/>
        <w:spacing w:after="60" w:line="23" w:lineRule="atLeast"/>
        <w:ind w:left="357" w:hanging="215"/>
        <w:contextualSpacing w:val="0"/>
        <w:rPr>
          <w:rFonts w:cs="Arial"/>
          <w:sz w:val="22"/>
          <w:szCs w:val="24"/>
        </w:rPr>
      </w:pPr>
      <w:proofErr w:type="gramStart"/>
      <w:r w:rsidRPr="003812E8">
        <w:rPr>
          <w:rFonts w:cs="Arial"/>
          <w:sz w:val="22"/>
          <w:szCs w:val="24"/>
        </w:rPr>
        <w:t>what</w:t>
      </w:r>
      <w:proofErr w:type="gramEnd"/>
      <w:r w:rsidRPr="003812E8">
        <w:rPr>
          <w:rFonts w:cs="Arial"/>
          <w:sz w:val="22"/>
          <w:szCs w:val="24"/>
        </w:rPr>
        <w:t xml:space="preserve"> difference it made, or could make</w:t>
      </w:r>
    </w:p>
    <w:p w14:paraId="63CB49AB" w14:textId="77777777" w:rsidR="003547FB" w:rsidRPr="003812E8" w:rsidRDefault="002170C5" w:rsidP="00BC03C6">
      <w:pPr>
        <w:pStyle w:val="ListBullet"/>
        <w:spacing w:after="60" w:line="23" w:lineRule="atLeast"/>
        <w:ind w:left="357" w:hanging="215"/>
        <w:contextualSpacing w:val="0"/>
        <w:rPr>
          <w:rFonts w:cs="Arial"/>
          <w:sz w:val="22"/>
          <w:szCs w:val="24"/>
        </w:rPr>
      </w:pPr>
      <w:r w:rsidRPr="003812E8">
        <w:rPr>
          <w:rFonts w:cs="Arial"/>
          <w:sz w:val="22"/>
          <w:szCs w:val="24"/>
        </w:rPr>
        <w:t>whether it could be applied more widely, and who would need to act</w:t>
      </w:r>
    </w:p>
    <w:p w14:paraId="08D6239B" w14:textId="77777777" w:rsidR="003547FB" w:rsidRDefault="002170C5" w:rsidP="00BC03C6">
      <w:pPr>
        <w:pStyle w:val="ListBullet"/>
        <w:spacing w:after="60" w:line="23" w:lineRule="atLeast"/>
        <w:ind w:left="357" w:hanging="215"/>
        <w:contextualSpacing w:val="0"/>
        <w:rPr>
          <w:rFonts w:cs="Arial"/>
          <w:sz w:val="22"/>
          <w:szCs w:val="24"/>
        </w:rPr>
      </w:pPr>
      <w:r w:rsidRPr="003812E8">
        <w:rPr>
          <w:rFonts w:cs="Arial"/>
          <w:sz w:val="22"/>
          <w:szCs w:val="24"/>
        </w:rPr>
        <w:t>any difficulties, risks or trade-offs you are aware of.</w:t>
      </w:r>
    </w:p>
    <w:p w14:paraId="55A5D26B" w14:textId="77777777" w:rsidR="00BC03C6" w:rsidRPr="003812E8" w:rsidRDefault="00BC03C6" w:rsidP="00BC03C6">
      <w:pPr>
        <w:pStyle w:val="ListBullet"/>
        <w:numPr>
          <w:ilvl w:val="0"/>
          <w:numId w:val="0"/>
        </w:numPr>
        <w:spacing w:after="60" w:line="23" w:lineRule="atLeast"/>
        <w:ind w:left="357"/>
        <w:contextualSpacing w:val="0"/>
        <w:rPr>
          <w:rFonts w:cs="Arial"/>
          <w:sz w:val="22"/>
          <w:szCs w:val="24"/>
        </w:rPr>
      </w:pPr>
    </w:p>
    <w:tbl>
      <w:tblPr>
        <w:tblW w:w="0" w:type="auto"/>
        <w:jc w:val="center"/>
        <w:tblLook w:val="04A0" w:firstRow="1" w:lastRow="0" w:firstColumn="1" w:lastColumn="0" w:noHBand="0" w:noVBand="1"/>
      </w:tblPr>
      <w:tblGrid>
        <w:gridCol w:w="9858"/>
      </w:tblGrid>
      <w:tr w:rsidR="003547FB" w:rsidRPr="003812E8" w14:paraId="6F1F9E8E"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44DDDBB9" w14:textId="77777777" w:rsidR="00BC03C6" w:rsidRPr="00CD0DE1" w:rsidRDefault="002170C5" w:rsidP="00BC03C6">
            <w:pPr>
              <w:spacing w:after="0" w:line="23" w:lineRule="atLeast"/>
              <w:rPr>
                <w:rFonts w:cs="Arial"/>
                <w:sz w:val="22"/>
                <w:szCs w:val="24"/>
              </w:rPr>
            </w:pPr>
            <w:r w:rsidRPr="00CD0DE1">
              <w:rPr>
                <w:rFonts w:cs="Arial"/>
                <w:sz w:val="22"/>
                <w:szCs w:val="24"/>
              </w:rPr>
              <w:br/>
            </w:r>
          </w:p>
          <w:p w14:paraId="1A2095CD" w14:textId="24CF6EE4" w:rsidR="003547FB" w:rsidRPr="003812E8" w:rsidRDefault="002170C5" w:rsidP="00BC03C6">
            <w:pPr>
              <w:spacing w:after="0" w:line="23" w:lineRule="atLeast"/>
              <w:rPr>
                <w:rFonts w:cs="Arial"/>
              </w:rPr>
            </w:pPr>
            <w:r w:rsidRPr="00CD0DE1">
              <w:rPr>
                <w:rFonts w:cs="Arial"/>
                <w:sz w:val="22"/>
                <w:szCs w:val="24"/>
              </w:rPr>
              <w:br/>
            </w:r>
            <w:r w:rsidRPr="003812E8">
              <w:rPr>
                <w:rFonts w:cs="Arial"/>
              </w:rPr>
              <w:br/>
            </w:r>
          </w:p>
        </w:tc>
      </w:tr>
    </w:tbl>
    <w:p w14:paraId="0BA7E2F9" w14:textId="77777777" w:rsidR="003551AD" w:rsidRPr="003812E8" w:rsidRDefault="003551AD" w:rsidP="00BC03C6">
      <w:pPr>
        <w:spacing w:line="23" w:lineRule="atLeast"/>
        <w:rPr>
          <w:rFonts w:cs="Arial"/>
        </w:rPr>
      </w:pPr>
    </w:p>
    <w:p w14:paraId="1E58B86E" w14:textId="77777777" w:rsidR="003551AD" w:rsidRPr="003812E8" w:rsidRDefault="003551AD" w:rsidP="00BC03C6">
      <w:pPr>
        <w:spacing w:after="200" w:line="23" w:lineRule="atLeast"/>
        <w:rPr>
          <w:rFonts w:eastAsiaTheme="majorEastAsia" w:cs="Arial"/>
          <w:b/>
          <w:bCs/>
          <w:color w:val="00778B"/>
          <w:sz w:val="26"/>
          <w:szCs w:val="26"/>
        </w:rPr>
      </w:pPr>
      <w:r w:rsidRPr="003812E8">
        <w:rPr>
          <w:rFonts w:cs="Arial"/>
        </w:rPr>
        <w:br w:type="page"/>
      </w:r>
    </w:p>
    <w:p w14:paraId="39B7CC0B" w14:textId="77777777" w:rsidR="003812E8" w:rsidRPr="003812E8" w:rsidRDefault="003812E8" w:rsidP="00BC03C6">
      <w:pPr>
        <w:spacing w:line="23" w:lineRule="atLeast"/>
      </w:pPr>
    </w:p>
    <w:p w14:paraId="2B12998F" w14:textId="5BB61322" w:rsidR="003547FB" w:rsidRPr="00CD0DE1" w:rsidRDefault="002170C5" w:rsidP="00CD0DE1">
      <w:pPr>
        <w:pStyle w:val="Heading2"/>
        <w:shd w:val="clear" w:color="auto" w:fill="01426A"/>
        <w:spacing w:before="0" w:after="240" w:line="23" w:lineRule="atLeast"/>
        <w:rPr>
          <w:rFonts w:ascii="Arial" w:hAnsi="Arial" w:cs="Arial"/>
          <w:color w:val="FFFFFF" w:themeColor="background1"/>
          <w:sz w:val="28"/>
          <w:szCs w:val="28"/>
        </w:rPr>
      </w:pPr>
      <w:r w:rsidRPr="00CD0DE1">
        <w:rPr>
          <w:rFonts w:ascii="Arial" w:hAnsi="Arial" w:cs="Arial"/>
          <w:color w:val="FFFFFF" w:themeColor="background1"/>
          <w:sz w:val="28"/>
          <w:szCs w:val="28"/>
        </w:rPr>
        <w:t>Blocker 3 (optional)</w:t>
      </w:r>
    </w:p>
    <w:p w14:paraId="0399D30D" w14:textId="77777777"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1. What nature recovery work were you trying to carry out?</w:t>
      </w:r>
    </w:p>
    <w:p w14:paraId="3F4253DE" w14:textId="77777777" w:rsidR="003547FB" w:rsidRPr="003D2573" w:rsidRDefault="002170C5" w:rsidP="009A444C">
      <w:pPr>
        <w:spacing w:after="60" w:line="23" w:lineRule="atLeast"/>
        <w:rPr>
          <w:rFonts w:cs="Arial"/>
          <w:b/>
          <w:bCs/>
          <w:sz w:val="22"/>
          <w:szCs w:val="24"/>
        </w:rPr>
      </w:pPr>
      <w:r w:rsidRPr="003D2573">
        <w:rPr>
          <w:rFonts w:cs="Arial"/>
          <w:b/>
          <w:bCs/>
          <w:sz w:val="22"/>
          <w:szCs w:val="24"/>
        </w:rPr>
        <w:t>Please briefly describe:</w:t>
      </w:r>
    </w:p>
    <w:p w14:paraId="6E9843B0"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the work you intended to do, including its scale</w:t>
      </w:r>
    </w:p>
    <w:p w14:paraId="6269A12F"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its expected benefit for nature</w:t>
      </w:r>
    </w:p>
    <w:p w14:paraId="095977CC" w14:textId="61CE7E3D" w:rsidR="003547FB" w:rsidRDefault="002170C5" w:rsidP="009A444C">
      <w:pPr>
        <w:pStyle w:val="ListBullet"/>
        <w:spacing w:after="240" w:line="23" w:lineRule="atLeast"/>
        <w:ind w:left="357" w:hanging="215"/>
        <w:contextualSpacing w:val="0"/>
        <w:rPr>
          <w:rFonts w:cs="Arial"/>
          <w:sz w:val="22"/>
          <w:szCs w:val="24"/>
        </w:rPr>
      </w:pPr>
      <w:r w:rsidRPr="003812E8">
        <w:rPr>
          <w:rFonts w:cs="Arial"/>
          <w:sz w:val="22"/>
          <w:szCs w:val="24"/>
        </w:rPr>
        <w:t>roughly when and where it took place or was planned.</w:t>
      </w:r>
    </w:p>
    <w:tbl>
      <w:tblPr>
        <w:tblW w:w="0" w:type="auto"/>
        <w:jc w:val="center"/>
        <w:tblLook w:val="04A0" w:firstRow="1" w:lastRow="0" w:firstColumn="1" w:lastColumn="0" w:noHBand="0" w:noVBand="1"/>
      </w:tblPr>
      <w:tblGrid>
        <w:gridCol w:w="9858"/>
      </w:tblGrid>
      <w:tr w:rsidR="003547FB" w:rsidRPr="003812E8" w14:paraId="1232F7AD"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1F5E7171" w14:textId="77777777" w:rsidR="00BC03C6" w:rsidRPr="00CD0DE1" w:rsidRDefault="002170C5" w:rsidP="00BC03C6">
            <w:pPr>
              <w:spacing w:after="0" w:line="23" w:lineRule="atLeast"/>
              <w:rPr>
                <w:rFonts w:cs="Arial"/>
                <w:sz w:val="22"/>
                <w:szCs w:val="24"/>
              </w:rPr>
            </w:pPr>
            <w:r w:rsidRPr="00CD0DE1">
              <w:rPr>
                <w:rFonts w:cs="Arial"/>
                <w:sz w:val="22"/>
                <w:szCs w:val="24"/>
              </w:rPr>
              <w:br/>
            </w:r>
          </w:p>
          <w:p w14:paraId="075BDF00" w14:textId="77777777" w:rsidR="00BC03C6" w:rsidRPr="00CD0DE1" w:rsidRDefault="00BC03C6" w:rsidP="00BC03C6">
            <w:pPr>
              <w:spacing w:after="0" w:line="23" w:lineRule="atLeast"/>
              <w:rPr>
                <w:rFonts w:cs="Arial"/>
                <w:sz w:val="22"/>
                <w:szCs w:val="24"/>
              </w:rPr>
            </w:pPr>
          </w:p>
          <w:p w14:paraId="485579EB" w14:textId="07E37E30" w:rsidR="00BC03C6" w:rsidRPr="003812E8" w:rsidRDefault="002170C5" w:rsidP="00BC03C6">
            <w:pPr>
              <w:spacing w:after="0" w:line="23" w:lineRule="atLeast"/>
              <w:rPr>
                <w:rFonts w:cs="Arial"/>
              </w:rPr>
            </w:pPr>
            <w:r w:rsidRPr="00CD0DE1">
              <w:rPr>
                <w:rFonts w:cs="Arial"/>
                <w:sz w:val="22"/>
                <w:szCs w:val="24"/>
              </w:rPr>
              <w:br/>
            </w:r>
            <w:r w:rsidRPr="003812E8">
              <w:rPr>
                <w:rFonts w:cs="Arial"/>
              </w:rPr>
              <w:br/>
            </w:r>
          </w:p>
        </w:tc>
      </w:tr>
    </w:tbl>
    <w:p w14:paraId="0613E057" w14:textId="77777777" w:rsidR="00BC03C6" w:rsidRPr="003812E8" w:rsidRDefault="00BC03C6" w:rsidP="00BC03C6">
      <w:pPr>
        <w:spacing w:line="23" w:lineRule="atLeast"/>
        <w:rPr>
          <w:rFonts w:cs="Arial"/>
        </w:rPr>
      </w:pPr>
    </w:p>
    <w:p w14:paraId="48547061" w14:textId="672133CA"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2. What affected its implementation?</w:t>
      </w:r>
    </w:p>
    <w:p w14:paraId="33BDFDF9" w14:textId="77777777" w:rsidR="003D2573" w:rsidRDefault="002170C5" w:rsidP="00BC03C6">
      <w:pPr>
        <w:spacing w:after="0" w:line="23" w:lineRule="atLeast"/>
        <w:rPr>
          <w:rFonts w:cs="Arial"/>
          <w:sz w:val="22"/>
          <w:szCs w:val="24"/>
        </w:rPr>
      </w:pPr>
      <w:r w:rsidRPr="003812E8">
        <w:rPr>
          <w:rFonts w:cs="Arial"/>
          <w:sz w:val="22"/>
          <w:szCs w:val="24"/>
        </w:rPr>
        <w:t>Please describe what happened.</w:t>
      </w:r>
    </w:p>
    <w:p w14:paraId="12464188" w14:textId="77777777" w:rsidR="003D2573" w:rsidRDefault="003D2573" w:rsidP="00BC03C6">
      <w:pPr>
        <w:spacing w:after="0" w:line="23" w:lineRule="atLeast"/>
        <w:rPr>
          <w:rFonts w:cs="Arial"/>
          <w:sz w:val="22"/>
          <w:szCs w:val="24"/>
        </w:rPr>
      </w:pPr>
    </w:p>
    <w:p w14:paraId="6A680C7B" w14:textId="1AC4FDB8" w:rsidR="003547FB" w:rsidRPr="003D2573" w:rsidRDefault="002170C5" w:rsidP="009A444C">
      <w:pPr>
        <w:spacing w:after="60" w:line="23" w:lineRule="atLeast"/>
        <w:rPr>
          <w:rFonts w:cs="Arial"/>
          <w:b/>
          <w:bCs/>
          <w:sz w:val="22"/>
          <w:szCs w:val="24"/>
        </w:rPr>
      </w:pPr>
      <w:r w:rsidRPr="003D2573">
        <w:rPr>
          <w:rFonts w:cs="Arial"/>
          <w:b/>
          <w:bCs/>
          <w:sz w:val="22"/>
          <w:szCs w:val="24"/>
        </w:rPr>
        <w:t>Where relevant, tell us:</w:t>
      </w:r>
    </w:p>
    <w:p w14:paraId="34B3C352"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what prevented, delayed or discouraged the work</w:t>
      </w:r>
    </w:p>
    <w:p w14:paraId="6F58E532"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 xml:space="preserve">which </w:t>
      </w:r>
      <w:proofErr w:type="spellStart"/>
      <w:r w:rsidRPr="003812E8">
        <w:rPr>
          <w:rFonts w:cs="Arial"/>
          <w:sz w:val="22"/>
          <w:szCs w:val="24"/>
        </w:rPr>
        <w:t>organisations</w:t>
      </w:r>
      <w:proofErr w:type="spellEnd"/>
      <w:r w:rsidRPr="003812E8">
        <w:rPr>
          <w:rFonts w:cs="Arial"/>
          <w:sz w:val="22"/>
          <w:szCs w:val="24"/>
        </w:rPr>
        <w:t xml:space="preserve"> were involved, and whether you were directly involved</w:t>
      </w:r>
    </w:p>
    <w:p w14:paraId="405DA926"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what effect it had, for example delays or extra costs (and roughly how long or how much), reduced benefits for nature, changes to the work, or the work not going ahead</w:t>
      </w:r>
    </w:p>
    <w:p w14:paraId="642EE58D"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any other factors that contributed, such as poor communication, unclear responsibilities, a lack of expertise, differing priorities, or waiting for other work to happen first</w:t>
      </w:r>
    </w:p>
    <w:p w14:paraId="76294EC0" w14:textId="77777777" w:rsidR="003547FB" w:rsidRPr="003812E8" w:rsidRDefault="002170C5" w:rsidP="009A444C">
      <w:pPr>
        <w:pStyle w:val="ListBullet"/>
        <w:spacing w:after="240" w:line="23" w:lineRule="atLeast"/>
        <w:ind w:left="357" w:hanging="215"/>
        <w:contextualSpacing w:val="0"/>
        <w:rPr>
          <w:rFonts w:cs="Arial"/>
          <w:sz w:val="22"/>
          <w:szCs w:val="24"/>
        </w:rPr>
      </w:pPr>
      <w:r w:rsidRPr="003812E8">
        <w:rPr>
          <w:rFonts w:cs="Arial"/>
          <w:sz w:val="22"/>
          <w:szCs w:val="24"/>
        </w:rPr>
        <w:t xml:space="preserve">whether the same problem has affected other projects, </w:t>
      </w:r>
      <w:proofErr w:type="spellStart"/>
      <w:r w:rsidRPr="003812E8">
        <w:rPr>
          <w:rFonts w:cs="Arial"/>
          <w:sz w:val="22"/>
          <w:szCs w:val="24"/>
        </w:rPr>
        <w:t>organisations</w:t>
      </w:r>
      <w:proofErr w:type="spellEnd"/>
      <w:r w:rsidRPr="003812E8">
        <w:rPr>
          <w:rFonts w:cs="Arial"/>
          <w:sz w:val="22"/>
          <w:szCs w:val="24"/>
        </w:rPr>
        <w:t xml:space="preserve"> or places.</w:t>
      </w:r>
    </w:p>
    <w:p w14:paraId="5F7F1EA6" w14:textId="508C2C4C" w:rsidR="00BC03C6" w:rsidRPr="003812E8" w:rsidRDefault="002170C5" w:rsidP="00BC03C6">
      <w:pPr>
        <w:spacing w:after="240" w:line="23" w:lineRule="atLeast"/>
        <w:rPr>
          <w:rFonts w:cs="Arial"/>
          <w:sz w:val="22"/>
          <w:szCs w:val="24"/>
        </w:rPr>
      </w:pPr>
      <w:r w:rsidRPr="003812E8">
        <w:rPr>
          <w:rFonts w:cs="Arial"/>
          <w:sz w:val="22"/>
          <w:szCs w:val="24"/>
        </w:rPr>
        <w:t xml:space="preserve">Please do not name individuals: you can give their role or </w:t>
      </w:r>
      <w:proofErr w:type="spellStart"/>
      <w:r w:rsidRPr="003812E8">
        <w:rPr>
          <w:rFonts w:cs="Arial"/>
          <w:sz w:val="22"/>
          <w:szCs w:val="24"/>
        </w:rPr>
        <w:t>organisation</w:t>
      </w:r>
      <w:proofErr w:type="spellEnd"/>
      <w:r w:rsidRPr="003812E8">
        <w:rPr>
          <w:rFonts w:cs="Arial"/>
          <w:sz w:val="22"/>
          <w:szCs w:val="24"/>
        </w:rPr>
        <w:t xml:space="preserve"> instead. Details that could identify a site can be excluded if you wish. Supporting documents and web links are welcome.</w:t>
      </w:r>
    </w:p>
    <w:tbl>
      <w:tblPr>
        <w:tblW w:w="0" w:type="auto"/>
        <w:jc w:val="center"/>
        <w:tblLook w:val="04A0" w:firstRow="1" w:lastRow="0" w:firstColumn="1" w:lastColumn="0" w:noHBand="0" w:noVBand="1"/>
      </w:tblPr>
      <w:tblGrid>
        <w:gridCol w:w="9858"/>
      </w:tblGrid>
      <w:tr w:rsidR="003547FB" w:rsidRPr="003812E8" w14:paraId="579F85AA"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4783C2A7" w14:textId="77777777" w:rsidR="00BC03C6"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p>
          <w:p w14:paraId="4F0349A2" w14:textId="77777777" w:rsidR="00BC03C6" w:rsidRPr="00CD0DE1" w:rsidRDefault="00BC03C6" w:rsidP="00BC03C6">
            <w:pPr>
              <w:spacing w:after="0" w:line="23" w:lineRule="atLeast"/>
              <w:rPr>
                <w:rFonts w:cs="Arial"/>
                <w:sz w:val="22"/>
                <w:szCs w:val="24"/>
              </w:rPr>
            </w:pPr>
          </w:p>
          <w:p w14:paraId="22F978E4" w14:textId="75DA01CB" w:rsidR="003547FB" w:rsidRPr="003812E8" w:rsidRDefault="002170C5" w:rsidP="00BC03C6">
            <w:pPr>
              <w:spacing w:after="0" w:line="23" w:lineRule="atLeast"/>
              <w:rPr>
                <w:rFonts w:cs="Arial"/>
              </w:rPr>
            </w:pPr>
            <w:r w:rsidRPr="00CD0DE1">
              <w:rPr>
                <w:rFonts w:cs="Arial"/>
                <w:sz w:val="22"/>
                <w:szCs w:val="24"/>
              </w:rPr>
              <w:br/>
            </w:r>
          </w:p>
        </w:tc>
      </w:tr>
    </w:tbl>
    <w:p w14:paraId="4B1A71CA" w14:textId="77777777" w:rsidR="00BC03C6" w:rsidRPr="003812E8" w:rsidRDefault="00BC03C6" w:rsidP="00BC03C6">
      <w:pPr>
        <w:spacing w:line="23" w:lineRule="atLeast"/>
        <w:rPr>
          <w:rFonts w:cs="Arial"/>
        </w:rPr>
      </w:pPr>
    </w:p>
    <w:p w14:paraId="1DD7A580" w14:textId="3BFDB3C3"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3. What requirement, process or practice was involved</w:t>
      </w:r>
      <w:r w:rsidR="00592DA8" w:rsidRPr="003812E8">
        <w:rPr>
          <w:rFonts w:ascii="Arial" w:hAnsi="Arial" w:cs="Arial"/>
          <w:color w:val="00778B"/>
          <w:sz w:val="24"/>
          <w:szCs w:val="24"/>
        </w:rPr>
        <w:t xml:space="preserve"> in the work</w:t>
      </w:r>
      <w:r w:rsidRPr="003812E8">
        <w:rPr>
          <w:rFonts w:ascii="Arial" w:hAnsi="Arial" w:cs="Arial"/>
          <w:color w:val="00778B"/>
          <w:sz w:val="24"/>
          <w:szCs w:val="24"/>
        </w:rPr>
        <w:t>?</w:t>
      </w:r>
    </w:p>
    <w:p w14:paraId="14E3C1B1" w14:textId="77777777" w:rsidR="003D2573" w:rsidRDefault="002170C5" w:rsidP="00BC03C6">
      <w:pPr>
        <w:spacing w:after="0" w:line="23" w:lineRule="atLeast"/>
        <w:rPr>
          <w:rFonts w:cs="Arial"/>
          <w:sz w:val="22"/>
          <w:szCs w:val="24"/>
        </w:rPr>
      </w:pPr>
      <w:r w:rsidRPr="003812E8">
        <w:rPr>
          <w:rFonts w:cs="Arial"/>
          <w:sz w:val="22"/>
          <w:szCs w:val="24"/>
        </w:rPr>
        <w:t xml:space="preserve">For example, </w:t>
      </w:r>
      <w:proofErr w:type="gramStart"/>
      <w:r w:rsidRPr="003812E8">
        <w:rPr>
          <w:rFonts w:cs="Arial"/>
          <w:sz w:val="22"/>
          <w:szCs w:val="24"/>
        </w:rPr>
        <w:t>a law</w:t>
      </w:r>
      <w:proofErr w:type="gramEnd"/>
      <w:r w:rsidRPr="003812E8">
        <w:rPr>
          <w:rFonts w:cs="Arial"/>
          <w:sz w:val="22"/>
          <w:szCs w:val="24"/>
        </w:rPr>
        <w:t xml:space="preserve">, regulation, consent process, policy, guidance, organisational practice or way of working. </w:t>
      </w:r>
    </w:p>
    <w:p w14:paraId="56975D4F" w14:textId="77777777" w:rsidR="003D2573" w:rsidRDefault="003D2573" w:rsidP="00BC03C6">
      <w:pPr>
        <w:spacing w:after="0" w:line="23" w:lineRule="atLeast"/>
        <w:rPr>
          <w:rFonts w:cs="Arial"/>
          <w:sz w:val="22"/>
          <w:szCs w:val="24"/>
        </w:rPr>
      </w:pPr>
    </w:p>
    <w:p w14:paraId="74F4D1B3" w14:textId="008A597A" w:rsidR="003547FB" w:rsidRPr="003D2573" w:rsidRDefault="002170C5" w:rsidP="009A444C">
      <w:pPr>
        <w:spacing w:after="60" w:line="23" w:lineRule="atLeast"/>
        <w:rPr>
          <w:rFonts w:cs="Arial"/>
          <w:b/>
          <w:bCs/>
          <w:sz w:val="22"/>
          <w:szCs w:val="24"/>
        </w:rPr>
      </w:pPr>
      <w:r w:rsidRPr="003D2573">
        <w:rPr>
          <w:rFonts w:cs="Arial"/>
          <w:b/>
          <w:bCs/>
          <w:sz w:val="22"/>
          <w:szCs w:val="24"/>
        </w:rPr>
        <w:t>Where relevant, tell us:</w:t>
      </w:r>
    </w:p>
    <w:p w14:paraId="6F1DB4B0"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lastRenderedPageBreak/>
        <w:t>its name, and, where known, the relevant provision or section</w:t>
      </w:r>
    </w:p>
    <w:p w14:paraId="61A9BD18"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 xml:space="preserve">whether it was a formal legal or regulatory requirement, or advice, guidance or caution from a regulator, adviser or your own </w:t>
      </w:r>
      <w:proofErr w:type="spellStart"/>
      <w:r w:rsidRPr="003812E8">
        <w:rPr>
          <w:rFonts w:cs="Arial"/>
          <w:sz w:val="22"/>
          <w:szCs w:val="24"/>
        </w:rPr>
        <w:t>organisation</w:t>
      </w:r>
      <w:proofErr w:type="spellEnd"/>
    </w:p>
    <w:p w14:paraId="47C836FB"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 xml:space="preserve">whether more than one regulator, permission, </w:t>
      </w:r>
      <w:proofErr w:type="spellStart"/>
      <w:r w:rsidRPr="003812E8">
        <w:rPr>
          <w:rFonts w:cs="Arial"/>
          <w:sz w:val="22"/>
          <w:szCs w:val="24"/>
        </w:rPr>
        <w:t>licence</w:t>
      </w:r>
      <w:proofErr w:type="spellEnd"/>
      <w:r w:rsidRPr="003812E8">
        <w:rPr>
          <w:rFonts w:cs="Arial"/>
          <w:sz w:val="22"/>
          <w:szCs w:val="24"/>
        </w:rPr>
        <w:t xml:space="preserve"> or other consent was involved, and how they fitted together</w:t>
      </w:r>
    </w:p>
    <w:p w14:paraId="66F21F49" w14:textId="77777777" w:rsidR="003547FB" w:rsidRPr="003812E8" w:rsidRDefault="002170C5" w:rsidP="009A444C">
      <w:pPr>
        <w:pStyle w:val="ListBullet"/>
        <w:spacing w:after="240" w:line="23" w:lineRule="atLeast"/>
        <w:ind w:left="357" w:hanging="215"/>
        <w:contextualSpacing w:val="0"/>
        <w:rPr>
          <w:rFonts w:cs="Arial"/>
          <w:sz w:val="22"/>
          <w:szCs w:val="24"/>
        </w:rPr>
      </w:pPr>
      <w:proofErr w:type="gramStart"/>
      <w:r w:rsidRPr="003812E8">
        <w:rPr>
          <w:rFonts w:cs="Arial"/>
          <w:sz w:val="22"/>
          <w:szCs w:val="24"/>
        </w:rPr>
        <w:t>whether</w:t>
      </w:r>
      <w:proofErr w:type="gramEnd"/>
      <w:r w:rsidRPr="003812E8">
        <w:rPr>
          <w:rFonts w:cs="Arial"/>
          <w:sz w:val="22"/>
          <w:szCs w:val="24"/>
        </w:rPr>
        <w:t xml:space="preserve"> you think the blocker arose from the requirement itself, or from how it was interpreted, applied or administered, for example slow decisions.</w:t>
      </w:r>
    </w:p>
    <w:p w14:paraId="13F6EA83" w14:textId="6A86AF35" w:rsidR="00BC03C6" w:rsidRPr="003812E8" w:rsidRDefault="002170C5" w:rsidP="00BC03C6">
      <w:pPr>
        <w:spacing w:after="240" w:line="23" w:lineRule="atLeast"/>
        <w:rPr>
          <w:rFonts w:cs="Arial"/>
          <w:sz w:val="22"/>
          <w:szCs w:val="24"/>
        </w:rPr>
      </w:pPr>
      <w:r w:rsidRPr="003812E8">
        <w:rPr>
          <w:rFonts w:cs="Arial"/>
          <w:sz w:val="22"/>
          <w:szCs w:val="24"/>
        </w:rPr>
        <w:t>If no specific requirement was involved, for example where guidance was lacking, please say so. If you do not know, please answer “Not sure”.</w:t>
      </w:r>
    </w:p>
    <w:tbl>
      <w:tblPr>
        <w:tblW w:w="0" w:type="auto"/>
        <w:jc w:val="center"/>
        <w:tblLook w:val="04A0" w:firstRow="1" w:lastRow="0" w:firstColumn="1" w:lastColumn="0" w:noHBand="0" w:noVBand="1"/>
      </w:tblPr>
      <w:tblGrid>
        <w:gridCol w:w="9858"/>
      </w:tblGrid>
      <w:tr w:rsidR="003547FB" w:rsidRPr="003812E8" w14:paraId="591D40A5"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15C1DF24" w14:textId="77777777" w:rsidR="00BC03C6" w:rsidRPr="00CD0DE1" w:rsidRDefault="00BC03C6" w:rsidP="00BC03C6">
            <w:pPr>
              <w:spacing w:after="0" w:line="23" w:lineRule="atLeast"/>
              <w:rPr>
                <w:rFonts w:cs="Arial"/>
                <w:sz w:val="22"/>
                <w:szCs w:val="24"/>
              </w:rPr>
            </w:pPr>
          </w:p>
          <w:p w14:paraId="385C458B" w14:textId="77777777" w:rsidR="00BC03C6" w:rsidRPr="00CD0DE1" w:rsidRDefault="00BC03C6" w:rsidP="00BC03C6">
            <w:pPr>
              <w:spacing w:after="0" w:line="23" w:lineRule="atLeast"/>
              <w:rPr>
                <w:rFonts w:cs="Arial"/>
                <w:sz w:val="22"/>
                <w:szCs w:val="24"/>
              </w:rPr>
            </w:pPr>
          </w:p>
          <w:p w14:paraId="3495279B" w14:textId="499A1D21" w:rsidR="003547FB" w:rsidRPr="003812E8" w:rsidRDefault="002170C5" w:rsidP="00BC03C6">
            <w:pPr>
              <w:spacing w:after="0" w:line="23" w:lineRule="atLeast"/>
              <w:rPr>
                <w:rFonts w:cs="Arial"/>
              </w:rPr>
            </w:pPr>
            <w:r w:rsidRPr="00CD0DE1">
              <w:rPr>
                <w:rFonts w:cs="Arial"/>
                <w:sz w:val="22"/>
                <w:szCs w:val="24"/>
              </w:rPr>
              <w:br/>
            </w:r>
            <w:r w:rsidRPr="00CD0DE1">
              <w:rPr>
                <w:rFonts w:cs="Arial"/>
                <w:sz w:val="22"/>
                <w:szCs w:val="24"/>
              </w:rPr>
              <w:br/>
            </w:r>
            <w:r w:rsidRPr="003812E8">
              <w:rPr>
                <w:rFonts w:cs="Arial"/>
              </w:rPr>
              <w:br/>
            </w:r>
          </w:p>
        </w:tc>
      </w:tr>
    </w:tbl>
    <w:p w14:paraId="386E4E5E" w14:textId="77777777" w:rsidR="003551AD" w:rsidRPr="003812E8" w:rsidRDefault="003551AD" w:rsidP="00BC03C6">
      <w:pPr>
        <w:spacing w:line="23" w:lineRule="atLeast"/>
        <w:rPr>
          <w:rFonts w:cs="Arial"/>
        </w:rPr>
      </w:pPr>
    </w:p>
    <w:p w14:paraId="5245E3E4" w14:textId="003CD2C4" w:rsidR="003547FB" w:rsidRPr="003812E8" w:rsidRDefault="002170C5" w:rsidP="00BC03C6">
      <w:pPr>
        <w:pStyle w:val="Heading3"/>
        <w:spacing w:line="23" w:lineRule="atLeast"/>
        <w:rPr>
          <w:rFonts w:ascii="Arial" w:hAnsi="Arial" w:cs="Arial"/>
        </w:rPr>
      </w:pPr>
      <w:r w:rsidRPr="003812E8">
        <w:rPr>
          <w:rFonts w:ascii="Arial" w:hAnsi="Arial" w:cs="Arial"/>
        </w:rPr>
        <w:t>4</w:t>
      </w:r>
      <w:r w:rsidRPr="003812E8">
        <w:rPr>
          <w:rFonts w:ascii="Arial" w:hAnsi="Arial" w:cs="Arial"/>
          <w:color w:val="00778B"/>
          <w:sz w:val="24"/>
          <w:szCs w:val="24"/>
        </w:rPr>
        <w:t>. What has helped, or could help, to overcome this blocker? (optional)</w:t>
      </w:r>
    </w:p>
    <w:p w14:paraId="0EE54DAA" w14:textId="77777777" w:rsidR="003D2573" w:rsidRDefault="002170C5" w:rsidP="00BC03C6">
      <w:pPr>
        <w:spacing w:after="0" w:line="23" w:lineRule="atLeast"/>
        <w:rPr>
          <w:rFonts w:cs="Arial"/>
          <w:sz w:val="22"/>
          <w:szCs w:val="24"/>
        </w:rPr>
      </w:pPr>
      <w:r w:rsidRPr="003812E8">
        <w:rPr>
          <w:rFonts w:cs="Arial"/>
          <w:sz w:val="22"/>
          <w:szCs w:val="24"/>
        </w:rPr>
        <w:t xml:space="preserve">For example, a better process, clarification or guidance, improved communication or collaboration, knowledge sharing, access to expertise, a different way of working, an exemption, a change in legislation or an idea of your own. </w:t>
      </w:r>
    </w:p>
    <w:p w14:paraId="10C12644" w14:textId="77777777" w:rsidR="003D2573" w:rsidRDefault="003D2573" w:rsidP="00BC03C6">
      <w:pPr>
        <w:spacing w:after="0" w:line="23" w:lineRule="atLeast"/>
        <w:rPr>
          <w:rFonts w:cs="Arial"/>
          <w:sz w:val="22"/>
          <w:szCs w:val="24"/>
        </w:rPr>
      </w:pPr>
    </w:p>
    <w:p w14:paraId="5E447586" w14:textId="0DE12124" w:rsidR="003547FB" w:rsidRPr="003D2573" w:rsidRDefault="002170C5" w:rsidP="009A444C">
      <w:pPr>
        <w:spacing w:after="60" w:line="23" w:lineRule="atLeast"/>
        <w:rPr>
          <w:rFonts w:cs="Arial"/>
          <w:b/>
          <w:bCs/>
          <w:sz w:val="22"/>
          <w:szCs w:val="24"/>
        </w:rPr>
      </w:pPr>
      <w:r w:rsidRPr="003D2573">
        <w:rPr>
          <w:rFonts w:cs="Arial"/>
          <w:b/>
          <w:bCs/>
          <w:sz w:val="22"/>
          <w:szCs w:val="24"/>
        </w:rPr>
        <w:t>Where relevant, tell us:</w:t>
      </w:r>
    </w:p>
    <w:p w14:paraId="035D6B67" w14:textId="77777777" w:rsidR="003547FB" w:rsidRPr="003812E8" w:rsidRDefault="002170C5" w:rsidP="009A444C">
      <w:pPr>
        <w:pStyle w:val="ListBullet"/>
        <w:spacing w:after="60" w:line="23" w:lineRule="atLeast"/>
        <w:ind w:hanging="216"/>
        <w:contextualSpacing w:val="0"/>
        <w:rPr>
          <w:rFonts w:cs="Arial"/>
          <w:sz w:val="22"/>
          <w:szCs w:val="24"/>
        </w:rPr>
      </w:pPr>
      <w:r w:rsidRPr="003812E8">
        <w:rPr>
          <w:rFonts w:cs="Arial"/>
          <w:sz w:val="22"/>
          <w:szCs w:val="24"/>
        </w:rPr>
        <w:t>which parts of the problem it addressed, or could address</w:t>
      </w:r>
    </w:p>
    <w:p w14:paraId="31EDFA1A" w14:textId="77777777" w:rsidR="003547FB" w:rsidRPr="003812E8" w:rsidRDefault="002170C5" w:rsidP="003D2573">
      <w:pPr>
        <w:pStyle w:val="ListBullet"/>
        <w:spacing w:after="60" w:line="23" w:lineRule="atLeast"/>
        <w:ind w:hanging="216"/>
        <w:contextualSpacing w:val="0"/>
        <w:rPr>
          <w:rFonts w:cs="Arial"/>
          <w:sz w:val="22"/>
          <w:szCs w:val="24"/>
        </w:rPr>
      </w:pPr>
      <w:proofErr w:type="gramStart"/>
      <w:r w:rsidRPr="003812E8">
        <w:rPr>
          <w:rFonts w:cs="Arial"/>
          <w:sz w:val="22"/>
          <w:szCs w:val="24"/>
        </w:rPr>
        <w:t>what</w:t>
      </w:r>
      <w:proofErr w:type="gramEnd"/>
      <w:r w:rsidRPr="003812E8">
        <w:rPr>
          <w:rFonts w:cs="Arial"/>
          <w:sz w:val="22"/>
          <w:szCs w:val="24"/>
        </w:rPr>
        <w:t xml:space="preserve"> difference it made, or could make</w:t>
      </w:r>
    </w:p>
    <w:p w14:paraId="11A08D51" w14:textId="77777777" w:rsidR="003547FB" w:rsidRPr="003812E8" w:rsidRDefault="002170C5" w:rsidP="003D2573">
      <w:pPr>
        <w:pStyle w:val="ListBullet"/>
        <w:spacing w:after="60" w:line="23" w:lineRule="atLeast"/>
        <w:ind w:hanging="216"/>
        <w:contextualSpacing w:val="0"/>
        <w:rPr>
          <w:rFonts w:cs="Arial"/>
          <w:sz w:val="22"/>
          <w:szCs w:val="24"/>
        </w:rPr>
      </w:pPr>
      <w:r w:rsidRPr="003812E8">
        <w:rPr>
          <w:rFonts w:cs="Arial"/>
          <w:sz w:val="22"/>
          <w:szCs w:val="24"/>
        </w:rPr>
        <w:t>whether it could be applied more widely, and who would need to act</w:t>
      </w:r>
    </w:p>
    <w:p w14:paraId="575A160B" w14:textId="77777777" w:rsidR="003547FB" w:rsidRPr="003812E8" w:rsidRDefault="002170C5" w:rsidP="00CD0DE1">
      <w:pPr>
        <w:pStyle w:val="ListBullet"/>
        <w:spacing w:after="240" w:line="23" w:lineRule="atLeast"/>
        <w:ind w:left="357" w:hanging="215"/>
        <w:contextualSpacing w:val="0"/>
        <w:rPr>
          <w:rFonts w:cs="Arial"/>
          <w:sz w:val="22"/>
          <w:szCs w:val="24"/>
        </w:rPr>
      </w:pPr>
      <w:r w:rsidRPr="003812E8">
        <w:rPr>
          <w:rFonts w:cs="Arial"/>
          <w:sz w:val="22"/>
          <w:szCs w:val="24"/>
        </w:rPr>
        <w:t>any difficulties, risks or trade-offs you are aware of.</w:t>
      </w:r>
    </w:p>
    <w:tbl>
      <w:tblPr>
        <w:tblW w:w="0" w:type="auto"/>
        <w:jc w:val="center"/>
        <w:tblLook w:val="04A0" w:firstRow="1" w:lastRow="0" w:firstColumn="1" w:lastColumn="0" w:noHBand="0" w:noVBand="1"/>
      </w:tblPr>
      <w:tblGrid>
        <w:gridCol w:w="9858"/>
      </w:tblGrid>
      <w:tr w:rsidR="003547FB" w:rsidRPr="003812E8" w14:paraId="1C2F7F48"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15646B1B" w14:textId="77777777" w:rsidR="003547FB"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r w:rsidRPr="00CD0DE1">
              <w:rPr>
                <w:rFonts w:cs="Arial"/>
                <w:sz w:val="22"/>
                <w:szCs w:val="24"/>
              </w:rPr>
              <w:br/>
            </w:r>
          </w:p>
          <w:p w14:paraId="3340E6F5" w14:textId="77777777" w:rsidR="00BC03C6" w:rsidRDefault="00BC03C6" w:rsidP="00BC03C6">
            <w:pPr>
              <w:spacing w:after="0" w:line="23" w:lineRule="atLeast"/>
              <w:rPr>
                <w:rFonts w:cs="Arial"/>
              </w:rPr>
            </w:pPr>
          </w:p>
          <w:p w14:paraId="360C97FC" w14:textId="77777777" w:rsidR="00BC03C6" w:rsidRPr="003812E8" w:rsidRDefault="00BC03C6" w:rsidP="00BC03C6">
            <w:pPr>
              <w:spacing w:after="0" w:line="23" w:lineRule="atLeast"/>
              <w:rPr>
                <w:rFonts w:cs="Arial"/>
              </w:rPr>
            </w:pPr>
          </w:p>
        </w:tc>
      </w:tr>
    </w:tbl>
    <w:p w14:paraId="4EEAFAE9" w14:textId="77777777" w:rsidR="003551AD" w:rsidRPr="003812E8" w:rsidRDefault="003551AD" w:rsidP="00BC03C6">
      <w:pPr>
        <w:spacing w:line="23" w:lineRule="atLeast"/>
        <w:rPr>
          <w:rFonts w:cs="Arial"/>
        </w:rPr>
      </w:pPr>
    </w:p>
    <w:p w14:paraId="07C79A10" w14:textId="77777777" w:rsidR="003551AD" w:rsidRPr="003812E8" w:rsidRDefault="003551AD" w:rsidP="00BC03C6">
      <w:pPr>
        <w:spacing w:after="200" w:line="23" w:lineRule="atLeast"/>
        <w:rPr>
          <w:rFonts w:eastAsiaTheme="majorEastAsia" w:cs="Arial"/>
          <w:b/>
          <w:bCs/>
          <w:color w:val="00778B"/>
          <w:sz w:val="26"/>
          <w:szCs w:val="26"/>
        </w:rPr>
      </w:pPr>
      <w:r w:rsidRPr="003812E8">
        <w:rPr>
          <w:rFonts w:cs="Arial"/>
        </w:rPr>
        <w:br w:type="page"/>
      </w:r>
    </w:p>
    <w:p w14:paraId="3BF494C1" w14:textId="77777777" w:rsidR="003812E8" w:rsidRDefault="003812E8" w:rsidP="00BC03C6">
      <w:pPr>
        <w:pStyle w:val="Heading2"/>
        <w:spacing w:line="23" w:lineRule="atLeast"/>
        <w:rPr>
          <w:rFonts w:ascii="Arial" w:hAnsi="Arial" w:cs="Arial"/>
        </w:rPr>
      </w:pPr>
    </w:p>
    <w:p w14:paraId="6532B3BD" w14:textId="26203095" w:rsidR="003547FB" w:rsidRPr="00CD0DE1" w:rsidRDefault="002170C5" w:rsidP="00CD0DE1">
      <w:pPr>
        <w:pStyle w:val="Heading2"/>
        <w:shd w:val="clear" w:color="auto" w:fill="01426A"/>
        <w:spacing w:before="0" w:after="240" w:line="23" w:lineRule="atLeast"/>
        <w:rPr>
          <w:rFonts w:ascii="Arial" w:hAnsi="Arial" w:cs="Arial"/>
          <w:color w:val="FFFFFF" w:themeColor="background1"/>
          <w:sz w:val="28"/>
          <w:szCs w:val="28"/>
        </w:rPr>
      </w:pPr>
      <w:r w:rsidRPr="00CD0DE1">
        <w:rPr>
          <w:rFonts w:ascii="Arial" w:hAnsi="Arial" w:cs="Arial"/>
          <w:color w:val="FFFFFF" w:themeColor="background1"/>
          <w:sz w:val="28"/>
          <w:szCs w:val="28"/>
        </w:rPr>
        <w:t>Blocker 4 (optional)</w:t>
      </w:r>
    </w:p>
    <w:p w14:paraId="6526378B" w14:textId="77777777" w:rsidR="003547FB" w:rsidRPr="003812E8" w:rsidRDefault="002170C5" w:rsidP="00BC03C6">
      <w:pPr>
        <w:pStyle w:val="Heading3"/>
        <w:spacing w:line="23" w:lineRule="atLeast"/>
        <w:rPr>
          <w:rFonts w:ascii="Arial" w:hAnsi="Arial" w:cs="Arial"/>
          <w:sz w:val="24"/>
          <w:szCs w:val="24"/>
        </w:rPr>
      </w:pPr>
      <w:r w:rsidRPr="003812E8">
        <w:rPr>
          <w:rFonts w:ascii="Arial" w:hAnsi="Arial" w:cs="Arial"/>
          <w:sz w:val="24"/>
          <w:szCs w:val="24"/>
        </w:rPr>
        <w:t>1</w:t>
      </w:r>
      <w:r w:rsidRPr="003812E8">
        <w:rPr>
          <w:rFonts w:ascii="Arial" w:hAnsi="Arial" w:cs="Arial"/>
          <w:color w:val="00778B"/>
          <w:sz w:val="24"/>
          <w:szCs w:val="24"/>
        </w:rPr>
        <w:t>. What nature recovery work were you trying to carry out?</w:t>
      </w:r>
    </w:p>
    <w:p w14:paraId="062DC031" w14:textId="77777777" w:rsidR="003547FB" w:rsidRPr="00CD0DE1" w:rsidRDefault="002170C5" w:rsidP="009A444C">
      <w:pPr>
        <w:spacing w:after="60" w:line="23" w:lineRule="atLeast"/>
        <w:rPr>
          <w:rFonts w:cs="Arial"/>
          <w:b/>
          <w:bCs/>
          <w:sz w:val="22"/>
          <w:szCs w:val="24"/>
        </w:rPr>
      </w:pPr>
      <w:r w:rsidRPr="00CD0DE1">
        <w:rPr>
          <w:rFonts w:cs="Arial"/>
          <w:b/>
          <w:bCs/>
          <w:sz w:val="22"/>
          <w:szCs w:val="24"/>
        </w:rPr>
        <w:t>Please briefly describe:</w:t>
      </w:r>
    </w:p>
    <w:p w14:paraId="2432D279"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the work you intended to do, including its scale</w:t>
      </w:r>
    </w:p>
    <w:p w14:paraId="4CC1280D"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its expected benefit for nature</w:t>
      </w:r>
    </w:p>
    <w:p w14:paraId="292A4820"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roughly when and where it took place or was planned.</w:t>
      </w:r>
    </w:p>
    <w:tbl>
      <w:tblPr>
        <w:tblW w:w="0" w:type="auto"/>
        <w:jc w:val="center"/>
        <w:tblLook w:val="04A0" w:firstRow="1" w:lastRow="0" w:firstColumn="1" w:lastColumn="0" w:noHBand="0" w:noVBand="1"/>
      </w:tblPr>
      <w:tblGrid>
        <w:gridCol w:w="9858"/>
      </w:tblGrid>
      <w:tr w:rsidR="003547FB" w:rsidRPr="003812E8" w14:paraId="4E469816"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7ECBE7A5" w14:textId="77777777" w:rsidR="00BC03C6"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p>
          <w:p w14:paraId="0079A00A" w14:textId="77777777" w:rsidR="00BC03C6" w:rsidRPr="00CD0DE1" w:rsidRDefault="00BC03C6" w:rsidP="00BC03C6">
            <w:pPr>
              <w:spacing w:after="0" w:line="23" w:lineRule="atLeast"/>
              <w:rPr>
                <w:rFonts w:cs="Arial"/>
                <w:sz w:val="22"/>
                <w:szCs w:val="24"/>
              </w:rPr>
            </w:pPr>
          </w:p>
          <w:p w14:paraId="2CA9C545" w14:textId="77777777" w:rsidR="003547FB" w:rsidRPr="00CD0DE1" w:rsidRDefault="002170C5" w:rsidP="00BC03C6">
            <w:pPr>
              <w:spacing w:after="0" w:line="23" w:lineRule="atLeast"/>
              <w:rPr>
                <w:rFonts w:cs="Arial"/>
                <w:sz w:val="22"/>
                <w:szCs w:val="24"/>
              </w:rPr>
            </w:pPr>
            <w:r w:rsidRPr="00CD0DE1">
              <w:rPr>
                <w:rFonts w:cs="Arial"/>
                <w:sz w:val="22"/>
                <w:szCs w:val="24"/>
              </w:rPr>
              <w:br/>
            </w:r>
          </w:p>
          <w:p w14:paraId="561DBF74" w14:textId="6F829ACD" w:rsidR="00BC03C6" w:rsidRPr="003812E8" w:rsidRDefault="00BC03C6" w:rsidP="00BC03C6">
            <w:pPr>
              <w:spacing w:after="0" w:line="23" w:lineRule="atLeast"/>
              <w:rPr>
                <w:rFonts w:cs="Arial"/>
              </w:rPr>
            </w:pPr>
          </w:p>
        </w:tc>
      </w:tr>
    </w:tbl>
    <w:p w14:paraId="17D95225" w14:textId="77777777" w:rsidR="003551AD" w:rsidRPr="003812E8" w:rsidRDefault="003551AD" w:rsidP="00BC03C6">
      <w:pPr>
        <w:spacing w:line="23" w:lineRule="atLeast"/>
        <w:rPr>
          <w:rFonts w:cs="Arial"/>
        </w:rPr>
      </w:pPr>
    </w:p>
    <w:p w14:paraId="054560C2" w14:textId="530C3EFD"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2. What affected its implementation?</w:t>
      </w:r>
    </w:p>
    <w:p w14:paraId="18C5C32B" w14:textId="77777777" w:rsidR="00CD0DE1" w:rsidRDefault="002170C5" w:rsidP="00BC03C6">
      <w:pPr>
        <w:spacing w:after="0" w:line="23" w:lineRule="atLeast"/>
        <w:rPr>
          <w:rFonts w:cs="Arial"/>
          <w:sz w:val="22"/>
          <w:szCs w:val="24"/>
        </w:rPr>
      </w:pPr>
      <w:r w:rsidRPr="003812E8">
        <w:rPr>
          <w:rFonts w:cs="Arial"/>
          <w:sz w:val="22"/>
          <w:szCs w:val="24"/>
        </w:rPr>
        <w:t xml:space="preserve">Please describe what happened. </w:t>
      </w:r>
    </w:p>
    <w:p w14:paraId="38A9494D" w14:textId="77777777" w:rsidR="00CD0DE1" w:rsidRDefault="00CD0DE1" w:rsidP="00BC03C6">
      <w:pPr>
        <w:spacing w:after="0" w:line="23" w:lineRule="atLeast"/>
        <w:rPr>
          <w:rFonts w:cs="Arial"/>
          <w:sz w:val="22"/>
          <w:szCs w:val="24"/>
        </w:rPr>
      </w:pPr>
    </w:p>
    <w:p w14:paraId="519DA102" w14:textId="75DCF4D3" w:rsidR="003547FB" w:rsidRPr="00CD0DE1" w:rsidRDefault="002170C5" w:rsidP="00BC03C6">
      <w:pPr>
        <w:spacing w:after="0" w:line="23" w:lineRule="atLeast"/>
        <w:rPr>
          <w:rFonts w:cs="Arial"/>
          <w:b/>
          <w:bCs/>
          <w:sz w:val="22"/>
          <w:szCs w:val="24"/>
        </w:rPr>
      </w:pPr>
      <w:r w:rsidRPr="00CD0DE1">
        <w:rPr>
          <w:rFonts w:cs="Arial"/>
          <w:b/>
          <w:bCs/>
          <w:sz w:val="22"/>
          <w:szCs w:val="24"/>
        </w:rPr>
        <w:t>Where relevant, tell us:</w:t>
      </w:r>
    </w:p>
    <w:p w14:paraId="27369BDA" w14:textId="77777777" w:rsidR="003547FB" w:rsidRPr="003812E8" w:rsidRDefault="002170C5" w:rsidP="00CD0DE1">
      <w:pPr>
        <w:pStyle w:val="ListBullet"/>
        <w:spacing w:after="60" w:line="23" w:lineRule="atLeast"/>
        <w:ind w:left="357" w:hanging="215"/>
        <w:contextualSpacing w:val="0"/>
        <w:rPr>
          <w:rFonts w:cs="Arial"/>
          <w:sz w:val="22"/>
          <w:szCs w:val="24"/>
        </w:rPr>
      </w:pPr>
      <w:r w:rsidRPr="003812E8">
        <w:rPr>
          <w:rFonts w:cs="Arial"/>
          <w:sz w:val="22"/>
          <w:szCs w:val="24"/>
        </w:rPr>
        <w:t>what prevented, delayed or discouraged the work</w:t>
      </w:r>
    </w:p>
    <w:p w14:paraId="7505B0AA" w14:textId="77777777" w:rsidR="003547FB" w:rsidRPr="003812E8" w:rsidRDefault="002170C5" w:rsidP="00CD0DE1">
      <w:pPr>
        <w:pStyle w:val="ListBullet"/>
        <w:spacing w:after="60" w:line="23" w:lineRule="atLeast"/>
        <w:ind w:left="357" w:hanging="215"/>
        <w:contextualSpacing w:val="0"/>
        <w:rPr>
          <w:rFonts w:cs="Arial"/>
          <w:sz w:val="22"/>
          <w:szCs w:val="24"/>
        </w:rPr>
      </w:pPr>
      <w:r w:rsidRPr="003812E8">
        <w:rPr>
          <w:rFonts w:cs="Arial"/>
          <w:sz w:val="22"/>
          <w:szCs w:val="24"/>
        </w:rPr>
        <w:t xml:space="preserve">which </w:t>
      </w:r>
      <w:proofErr w:type="spellStart"/>
      <w:r w:rsidRPr="003812E8">
        <w:rPr>
          <w:rFonts w:cs="Arial"/>
          <w:sz w:val="22"/>
          <w:szCs w:val="24"/>
        </w:rPr>
        <w:t>organisations</w:t>
      </w:r>
      <w:proofErr w:type="spellEnd"/>
      <w:r w:rsidRPr="003812E8">
        <w:rPr>
          <w:rFonts w:cs="Arial"/>
          <w:sz w:val="22"/>
          <w:szCs w:val="24"/>
        </w:rPr>
        <w:t xml:space="preserve"> were involved, and whether you were directly involved</w:t>
      </w:r>
    </w:p>
    <w:p w14:paraId="76576BFB" w14:textId="77777777" w:rsidR="003547FB" w:rsidRPr="003812E8" w:rsidRDefault="002170C5" w:rsidP="00CD0DE1">
      <w:pPr>
        <w:pStyle w:val="ListBullet"/>
        <w:spacing w:after="60" w:line="23" w:lineRule="atLeast"/>
        <w:ind w:left="357" w:hanging="215"/>
        <w:contextualSpacing w:val="0"/>
        <w:rPr>
          <w:rFonts w:cs="Arial"/>
          <w:sz w:val="22"/>
          <w:szCs w:val="24"/>
        </w:rPr>
      </w:pPr>
      <w:r w:rsidRPr="003812E8">
        <w:rPr>
          <w:rFonts w:cs="Arial"/>
          <w:sz w:val="22"/>
          <w:szCs w:val="24"/>
        </w:rPr>
        <w:t>what effect it had, for example delays or extra costs (and roughly how long or how much), reduced benefits for nature, changes to the work, or the work not going ahead</w:t>
      </w:r>
    </w:p>
    <w:p w14:paraId="12D670B3" w14:textId="77777777" w:rsidR="003547FB" w:rsidRPr="003812E8" w:rsidRDefault="002170C5" w:rsidP="00CD0DE1">
      <w:pPr>
        <w:pStyle w:val="ListBullet"/>
        <w:spacing w:after="60" w:line="23" w:lineRule="atLeast"/>
        <w:ind w:left="357" w:hanging="215"/>
        <w:contextualSpacing w:val="0"/>
        <w:rPr>
          <w:rFonts w:cs="Arial"/>
          <w:sz w:val="22"/>
          <w:szCs w:val="24"/>
        </w:rPr>
      </w:pPr>
      <w:r w:rsidRPr="003812E8">
        <w:rPr>
          <w:rFonts w:cs="Arial"/>
          <w:sz w:val="22"/>
          <w:szCs w:val="24"/>
        </w:rPr>
        <w:t>any other factors that contributed, such as poor communication, unclear responsibilities, a lack of expertise, differing priorities, or waiting for other work to happen first</w:t>
      </w:r>
    </w:p>
    <w:p w14:paraId="47AE47E3" w14:textId="77777777" w:rsidR="003547FB" w:rsidRPr="003812E8" w:rsidRDefault="002170C5" w:rsidP="009A444C">
      <w:pPr>
        <w:pStyle w:val="ListBullet"/>
        <w:spacing w:after="240" w:line="23" w:lineRule="atLeast"/>
        <w:ind w:left="357" w:hanging="215"/>
        <w:contextualSpacing w:val="0"/>
        <w:rPr>
          <w:rFonts w:cs="Arial"/>
          <w:sz w:val="22"/>
          <w:szCs w:val="24"/>
        </w:rPr>
      </w:pPr>
      <w:r w:rsidRPr="003812E8">
        <w:rPr>
          <w:rFonts w:cs="Arial"/>
          <w:sz w:val="22"/>
          <w:szCs w:val="24"/>
        </w:rPr>
        <w:t xml:space="preserve">whether the same problem has affected other projects, </w:t>
      </w:r>
      <w:proofErr w:type="spellStart"/>
      <w:r w:rsidRPr="003812E8">
        <w:rPr>
          <w:rFonts w:cs="Arial"/>
          <w:sz w:val="22"/>
          <w:szCs w:val="24"/>
        </w:rPr>
        <w:t>organisations</w:t>
      </w:r>
      <w:proofErr w:type="spellEnd"/>
      <w:r w:rsidRPr="003812E8">
        <w:rPr>
          <w:rFonts w:cs="Arial"/>
          <w:sz w:val="22"/>
          <w:szCs w:val="24"/>
        </w:rPr>
        <w:t xml:space="preserve"> or places.</w:t>
      </w:r>
    </w:p>
    <w:p w14:paraId="0408A689" w14:textId="77777777" w:rsidR="003547FB" w:rsidRPr="003812E8" w:rsidRDefault="002170C5" w:rsidP="00CD0DE1">
      <w:pPr>
        <w:spacing w:after="240" w:line="23" w:lineRule="atLeast"/>
        <w:rPr>
          <w:rFonts w:cs="Arial"/>
          <w:sz w:val="22"/>
          <w:szCs w:val="24"/>
        </w:rPr>
      </w:pPr>
      <w:r w:rsidRPr="003812E8">
        <w:rPr>
          <w:rFonts w:cs="Arial"/>
          <w:sz w:val="22"/>
          <w:szCs w:val="24"/>
        </w:rPr>
        <w:t xml:space="preserve">Please do not name individuals: you can give their role or </w:t>
      </w:r>
      <w:proofErr w:type="spellStart"/>
      <w:r w:rsidRPr="003812E8">
        <w:rPr>
          <w:rFonts w:cs="Arial"/>
          <w:sz w:val="22"/>
          <w:szCs w:val="24"/>
        </w:rPr>
        <w:t>organisation</w:t>
      </w:r>
      <w:proofErr w:type="spellEnd"/>
      <w:r w:rsidRPr="003812E8">
        <w:rPr>
          <w:rFonts w:cs="Arial"/>
          <w:sz w:val="22"/>
          <w:szCs w:val="24"/>
        </w:rPr>
        <w:t xml:space="preserve"> instead. Details that could identify a site can be excluded if you wish. Supporting documents and web links are welcome.</w:t>
      </w:r>
    </w:p>
    <w:tbl>
      <w:tblPr>
        <w:tblW w:w="0" w:type="auto"/>
        <w:jc w:val="center"/>
        <w:tblLook w:val="04A0" w:firstRow="1" w:lastRow="0" w:firstColumn="1" w:lastColumn="0" w:noHBand="0" w:noVBand="1"/>
      </w:tblPr>
      <w:tblGrid>
        <w:gridCol w:w="9858"/>
      </w:tblGrid>
      <w:tr w:rsidR="003547FB" w:rsidRPr="003812E8" w14:paraId="4CA4C329"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15B9F778" w14:textId="77777777" w:rsidR="00BC03C6" w:rsidRPr="00CD0DE1" w:rsidRDefault="002170C5" w:rsidP="00BC03C6">
            <w:pPr>
              <w:spacing w:after="0" w:line="23" w:lineRule="atLeast"/>
              <w:rPr>
                <w:rFonts w:cs="Arial"/>
                <w:sz w:val="22"/>
                <w:szCs w:val="24"/>
              </w:rPr>
            </w:pPr>
            <w:r w:rsidRPr="00CD0DE1">
              <w:rPr>
                <w:rFonts w:cs="Arial"/>
                <w:sz w:val="22"/>
                <w:szCs w:val="24"/>
              </w:rPr>
              <w:br/>
            </w:r>
          </w:p>
          <w:p w14:paraId="2550D470" w14:textId="77777777" w:rsidR="00BC03C6" w:rsidRPr="00CD0DE1" w:rsidRDefault="00BC03C6" w:rsidP="00BC03C6">
            <w:pPr>
              <w:spacing w:after="0" w:line="23" w:lineRule="atLeast"/>
              <w:rPr>
                <w:rFonts w:cs="Arial"/>
                <w:sz w:val="22"/>
                <w:szCs w:val="24"/>
              </w:rPr>
            </w:pPr>
          </w:p>
          <w:p w14:paraId="4508C382" w14:textId="77777777" w:rsidR="00BC03C6" w:rsidRPr="00CD0DE1" w:rsidRDefault="002170C5" w:rsidP="00BC03C6">
            <w:pPr>
              <w:spacing w:after="0" w:line="23" w:lineRule="atLeast"/>
              <w:rPr>
                <w:rFonts w:cs="Arial"/>
                <w:sz w:val="22"/>
                <w:szCs w:val="24"/>
              </w:rPr>
            </w:pPr>
            <w:r w:rsidRPr="00CD0DE1">
              <w:rPr>
                <w:rFonts w:cs="Arial"/>
                <w:sz w:val="22"/>
                <w:szCs w:val="24"/>
              </w:rPr>
              <w:br/>
            </w:r>
          </w:p>
          <w:p w14:paraId="5AE98BCB" w14:textId="0801B851" w:rsidR="003547FB" w:rsidRPr="003812E8" w:rsidRDefault="002170C5" w:rsidP="00BC03C6">
            <w:pPr>
              <w:spacing w:after="0" w:line="23" w:lineRule="atLeast"/>
              <w:rPr>
                <w:rFonts w:cs="Arial"/>
              </w:rPr>
            </w:pPr>
            <w:r w:rsidRPr="003812E8">
              <w:rPr>
                <w:rFonts w:cs="Arial"/>
              </w:rPr>
              <w:br/>
            </w:r>
          </w:p>
        </w:tc>
      </w:tr>
    </w:tbl>
    <w:p w14:paraId="46A7E8ED" w14:textId="77777777" w:rsidR="003551AD" w:rsidRPr="003812E8" w:rsidRDefault="003551AD" w:rsidP="00BC03C6">
      <w:pPr>
        <w:spacing w:line="23" w:lineRule="atLeast"/>
        <w:rPr>
          <w:rFonts w:cs="Arial"/>
        </w:rPr>
      </w:pPr>
    </w:p>
    <w:p w14:paraId="67DFE29E" w14:textId="0F478AE3"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3. What requirement, process or practice was involved</w:t>
      </w:r>
      <w:r w:rsidR="00592DA8" w:rsidRPr="003812E8">
        <w:rPr>
          <w:rFonts w:ascii="Arial" w:hAnsi="Arial" w:cs="Arial"/>
          <w:color w:val="00778B"/>
          <w:sz w:val="24"/>
          <w:szCs w:val="24"/>
        </w:rPr>
        <w:t xml:space="preserve"> in the work</w:t>
      </w:r>
      <w:r w:rsidRPr="003812E8">
        <w:rPr>
          <w:rFonts w:ascii="Arial" w:hAnsi="Arial" w:cs="Arial"/>
          <w:color w:val="00778B"/>
          <w:sz w:val="24"/>
          <w:szCs w:val="24"/>
        </w:rPr>
        <w:t>?</w:t>
      </w:r>
    </w:p>
    <w:p w14:paraId="050FABFF" w14:textId="77777777" w:rsidR="00CD0DE1" w:rsidRDefault="002170C5" w:rsidP="00BC03C6">
      <w:pPr>
        <w:spacing w:after="0" w:line="23" w:lineRule="atLeast"/>
        <w:rPr>
          <w:rFonts w:cs="Arial"/>
          <w:sz w:val="22"/>
          <w:szCs w:val="24"/>
        </w:rPr>
      </w:pPr>
      <w:r w:rsidRPr="003812E8">
        <w:rPr>
          <w:rFonts w:cs="Arial"/>
          <w:sz w:val="22"/>
          <w:szCs w:val="24"/>
        </w:rPr>
        <w:t xml:space="preserve">For example, </w:t>
      </w:r>
      <w:proofErr w:type="gramStart"/>
      <w:r w:rsidRPr="003812E8">
        <w:rPr>
          <w:rFonts w:cs="Arial"/>
          <w:sz w:val="22"/>
          <w:szCs w:val="24"/>
        </w:rPr>
        <w:t>a law</w:t>
      </w:r>
      <w:proofErr w:type="gramEnd"/>
      <w:r w:rsidRPr="003812E8">
        <w:rPr>
          <w:rFonts w:cs="Arial"/>
          <w:sz w:val="22"/>
          <w:szCs w:val="24"/>
        </w:rPr>
        <w:t xml:space="preserve">, regulation, consent process, policy, guidance, organisational practice or way of working. </w:t>
      </w:r>
    </w:p>
    <w:p w14:paraId="2973FF3F" w14:textId="77777777" w:rsidR="00CD0DE1" w:rsidRDefault="00CD0DE1" w:rsidP="00BC03C6">
      <w:pPr>
        <w:spacing w:after="0" w:line="23" w:lineRule="atLeast"/>
        <w:rPr>
          <w:rFonts w:cs="Arial"/>
          <w:sz w:val="22"/>
          <w:szCs w:val="24"/>
        </w:rPr>
      </w:pPr>
    </w:p>
    <w:p w14:paraId="1305C8BA" w14:textId="4545FFD2" w:rsidR="003547FB" w:rsidRPr="00CD0DE1" w:rsidRDefault="002170C5" w:rsidP="009A444C">
      <w:pPr>
        <w:spacing w:after="60" w:line="23" w:lineRule="atLeast"/>
        <w:rPr>
          <w:rFonts w:cs="Arial"/>
          <w:b/>
          <w:bCs/>
          <w:sz w:val="22"/>
          <w:szCs w:val="24"/>
        </w:rPr>
      </w:pPr>
      <w:r w:rsidRPr="00CD0DE1">
        <w:rPr>
          <w:rFonts w:cs="Arial"/>
          <w:b/>
          <w:bCs/>
          <w:sz w:val="22"/>
          <w:szCs w:val="24"/>
        </w:rPr>
        <w:lastRenderedPageBreak/>
        <w:t>Where relevant, tell us:</w:t>
      </w:r>
    </w:p>
    <w:p w14:paraId="5FF24EAD"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its name, and, where known, the relevant provision or section</w:t>
      </w:r>
    </w:p>
    <w:p w14:paraId="6DC12B25"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 xml:space="preserve">whether it was a formal legal or regulatory requirement, or advice, guidance or caution from a regulator, adviser or your own </w:t>
      </w:r>
      <w:proofErr w:type="spellStart"/>
      <w:r w:rsidRPr="003812E8">
        <w:rPr>
          <w:rFonts w:cs="Arial"/>
          <w:sz w:val="22"/>
          <w:szCs w:val="24"/>
        </w:rPr>
        <w:t>organisation</w:t>
      </w:r>
      <w:proofErr w:type="spellEnd"/>
    </w:p>
    <w:p w14:paraId="26A124A7"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 xml:space="preserve">whether more than one regulator, permission, </w:t>
      </w:r>
      <w:proofErr w:type="spellStart"/>
      <w:r w:rsidRPr="003812E8">
        <w:rPr>
          <w:rFonts w:cs="Arial"/>
          <w:sz w:val="22"/>
          <w:szCs w:val="24"/>
        </w:rPr>
        <w:t>licence</w:t>
      </w:r>
      <w:proofErr w:type="spellEnd"/>
      <w:r w:rsidRPr="003812E8">
        <w:rPr>
          <w:rFonts w:cs="Arial"/>
          <w:sz w:val="22"/>
          <w:szCs w:val="24"/>
        </w:rPr>
        <w:t xml:space="preserve"> or other consent was involved, and how they fitted together</w:t>
      </w:r>
    </w:p>
    <w:p w14:paraId="0F07D80A" w14:textId="77777777" w:rsidR="003547FB" w:rsidRPr="003812E8" w:rsidRDefault="002170C5" w:rsidP="009A444C">
      <w:pPr>
        <w:pStyle w:val="ListBullet"/>
        <w:spacing w:after="240" w:line="23" w:lineRule="atLeast"/>
        <w:ind w:left="357" w:hanging="215"/>
        <w:contextualSpacing w:val="0"/>
        <w:rPr>
          <w:rFonts w:cs="Arial"/>
          <w:sz w:val="22"/>
          <w:szCs w:val="24"/>
        </w:rPr>
      </w:pPr>
      <w:proofErr w:type="gramStart"/>
      <w:r w:rsidRPr="003812E8">
        <w:rPr>
          <w:rFonts w:cs="Arial"/>
          <w:sz w:val="22"/>
          <w:szCs w:val="24"/>
        </w:rPr>
        <w:t>whether</w:t>
      </w:r>
      <w:proofErr w:type="gramEnd"/>
      <w:r w:rsidRPr="003812E8">
        <w:rPr>
          <w:rFonts w:cs="Arial"/>
          <w:sz w:val="22"/>
          <w:szCs w:val="24"/>
        </w:rPr>
        <w:t xml:space="preserve"> you think the blocker arose from the requirement itself, or from how it was interpreted, applied or administered, for example slow decisions.</w:t>
      </w:r>
    </w:p>
    <w:p w14:paraId="3AF7A20B" w14:textId="77777777" w:rsidR="003547FB" w:rsidRPr="003812E8" w:rsidRDefault="002170C5" w:rsidP="00CD0DE1">
      <w:pPr>
        <w:spacing w:after="240" w:line="23" w:lineRule="atLeast"/>
        <w:rPr>
          <w:rFonts w:cs="Arial"/>
          <w:sz w:val="22"/>
          <w:szCs w:val="24"/>
        </w:rPr>
      </w:pPr>
      <w:r w:rsidRPr="003812E8">
        <w:rPr>
          <w:rFonts w:cs="Arial"/>
          <w:sz w:val="22"/>
          <w:szCs w:val="24"/>
        </w:rPr>
        <w:t>If no specific requirement was involved, for example where guidance was lacking, please say so. If you do not know, please answer “Not sure”.</w:t>
      </w:r>
    </w:p>
    <w:tbl>
      <w:tblPr>
        <w:tblW w:w="0" w:type="auto"/>
        <w:jc w:val="center"/>
        <w:tblLook w:val="04A0" w:firstRow="1" w:lastRow="0" w:firstColumn="1" w:lastColumn="0" w:noHBand="0" w:noVBand="1"/>
      </w:tblPr>
      <w:tblGrid>
        <w:gridCol w:w="9858"/>
      </w:tblGrid>
      <w:tr w:rsidR="003547FB" w:rsidRPr="003812E8" w14:paraId="12398517"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69C32B2D" w14:textId="77777777" w:rsidR="00BC03C6"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p>
          <w:p w14:paraId="11F164C4" w14:textId="77777777" w:rsidR="00BC03C6" w:rsidRPr="00CD0DE1" w:rsidRDefault="00BC03C6" w:rsidP="00BC03C6">
            <w:pPr>
              <w:spacing w:after="0" w:line="23" w:lineRule="atLeast"/>
              <w:rPr>
                <w:rFonts w:cs="Arial"/>
                <w:sz w:val="22"/>
                <w:szCs w:val="24"/>
              </w:rPr>
            </w:pPr>
          </w:p>
          <w:p w14:paraId="211AF706" w14:textId="77777777" w:rsidR="00BC03C6" w:rsidRPr="00CD0DE1" w:rsidRDefault="00BC03C6" w:rsidP="00BC03C6">
            <w:pPr>
              <w:spacing w:after="0" w:line="23" w:lineRule="atLeast"/>
              <w:rPr>
                <w:rFonts w:cs="Arial"/>
                <w:sz w:val="22"/>
                <w:szCs w:val="24"/>
              </w:rPr>
            </w:pPr>
          </w:p>
          <w:p w14:paraId="4910527E" w14:textId="74B36447" w:rsidR="003547FB" w:rsidRPr="003812E8" w:rsidRDefault="002170C5" w:rsidP="00BC03C6">
            <w:pPr>
              <w:spacing w:after="0" w:line="23" w:lineRule="atLeast"/>
              <w:rPr>
                <w:rFonts w:cs="Arial"/>
              </w:rPr>
            </w:pPr>
            <w:r w:rsidRPr="003812E8">
              <w:rPr>
                <w:rFonts w:cs="Arial"/>
              </w:rPr>
              <w:br/>
            </w:r>
          </w:p>
        </w:tc>
      </w:tr>
    </w:tbl>
    <w:p w14:paraId="27B585DF" w14:textId="77777777" w:rsidR="003551AD" w:rsidRPr="003812E8" w:rsidRDefault="003551AD" w:rsidP="00BC03C6">
      <w:pPr>
        <w:spacing w:line="23" w:lineRule="atLeast"/>
        <w:rPr>
          <w:rFonts w:cs="Arial"/>
          <w:color w:val="00778B"/>
          <w:sz w:val="22"/>
          <w:szCs w:val="24"/>
        </w:rPr>
      </w:pPr>
    </w:p>
    <w:p w14:paraId="43B38A9D" w14:textId="61B63FAC"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4. What has helped, or could help, to overcome this blocker? (optional)</w:t>
      </w:r>
    </w:p>
    <w:p w14:paraId="5E027F54" w14:textId="77777777" w:rsidR="003D2573" w:rsidRDefault="002170C5" w:rsidP="00BC03C6">
      <w:pPr>
        <w:spacing w:after="0" w:line="23" w:lineRule="atLeast"/>
        <w:rPr>
          <w:rFonts w:cs="Arial"/>
          <w:sz w:val="22"/>
          <w:szCs w:val="24"/>
        </w:rPr>
      </w:pPr>
      <w:r w:rsidRPr="003812E8">
        <w:rPr>
          <w:rFonts w:cs="Arial"/>
          <w:sz w:val="22"/>
          <w:szCs w:val="24"/>
        </w:rPr>
        <w:t xml:space="preserve">For example, a better process, clarification or guidance, improved communication or collaboration, knowledge sharing, access to expertise, a different way of working, an exemption, a change in legislation or an idea of your own. </w:t>
      </w:r>
    </w:p>
    <w:p w14:paraId="23BC2FB5" w14:textId="77777777" w:rsidR="003D2573" w:rsidRDefault="003D2573" w:rsidP="00BC03C6">
      <w:pPr>
        <w:spacing w:after="0" w:line="23" w:lineRule="atLeast"/>
        <w:rPr>
          <w:rFonts w:cs="Arial"/>
          <w:sz w:val="22"/>
          <w:szCs w:val="24"/>
        </w:rPr>
      </w:pPr>
    </w:p>
    <w:p w14:paraId="59D978E8" w14:textId="20DB9A53" w:rsidR="003547FB" w:rsidRPr="003D2573" w:rsidRDefault="002170C5" w:rsidP="009A444C">
      <w:pPr>
        <w:spacing w:after="60" w:line="23" w:lineRule="atLeast"/>
        <w:rPr>
          <w:rFonts w:cs="Arial"/>
          <w:b/>
          <w:bCs/>
          <w:sz w:val="22"/>
          <w:szCs w:val="24"/>
        </w:rPr>
      </w:pPr>
      <w:r w:rsidRPr="003D2573">
        <w:rPr>
          <w:rFonts w:cs="Arial"/>
          <w:b/>
          <w:bCs/>
          <w:sz w:val="22"/>
          <w:szCs w:val="24"/>
        </w:rPr>
        <w:t>Where relevant, tell us:</w:t>
      </w:r>
    </w:p>
    <w:p w14:paraId="07004E40"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which parts of the problem it addressed, or could address</w:t>
      </w:r>
    </w:p>
    <w:p w14:paraId="31C6AB4B" w14:textId="77777777" w:rsidR="003547FB" w:rsidRPr="003812E8" w:rsidRDefault="002170C5" w:rsidP="009A444C">
      <w:pPr>
        <w:pStyle w:val="ListBullet"/>
        <w:spacing w:after="60" w:line="23" w:lineRule="atLeast"/>
        <w:ind w:left="357" w:hanging="215"/>
        <w:contextualSpacing w:val="0"/>
        <w:rPr>
          <w:rFonts w:cs="Arial"/>
          <w:sz w:val="22"/>
          <w:szCs w:val="24"/>
        </w:rPr>
      </w:pPr>
      <w:proofErr w:type="gramStart"/>
      <w:r w:rsidRPr="003812E8">
        <w:rPr>
          <w:rFonts w:cs="Arial"/>
          <w:sz w:val="22"/>
          <w:szCs w:val="24"/>
        </w:rPr>
        <w:t>what</w:t>
      </w:r>
      <w:proofErr w:type="gramEnd"/>
      <w:r w:rsidRPr="003812E8">
        <w:rPr>
          <w:rFonts w:cs="Arial"/>
          <w:sz w:val="22"/>
          <w:szCs w:val="24"/>
        </w:rPr>
        <w:t xml:space="preserve"> difference it made, or could make</w:t>
      </w:r>
    </w:p>
    <w:p w14:paraId="2DA61F02" w14:textId="77777777" w:rsidR="003547FB" w:rsidRPr="003812E8" w:rsidRDefault="002170C5" w:rsidP="00BC03C6">
      <w:pPr>
        <w:pStyle w:val="ListBullet"/>
        <w:spacing w:after="60" w:line="23" w:lineRule="atLeast"/>
        <w:ind w:left="357" w:hanging="215"/>
        <w:contextualSpacing w:val="0"/>
        <w:rPr>
          <w:rFonts w:cs="Arial"/>
          <w:sz w:val="22"/>
          <w:szCs w:val="24"/>
        </w:rPr>
      </w:pPr>
      <w:r w:rsidRPr="003812E8">
        <w:rPr>
          <w:rFonts w:cs="Arial"/>
          <w:sz w:val="22"/>
          <w:szCs w:val="24"/>
        </w:rPr>
        <w:t>whether it could be applied more widely, and who would need to act</w:t>
      </w:r>
    </w:p>
    <w:p w14:paraId="5900637F" w14:textId="77777777" w:rsidR="003547FB" w:rsidRPr="003812E8" w:rsidRDefault="002170C5" w:rsidP="00CD0DE1">
      <w:pPr>
        <w:pStyle w:val="ListBullet"/>
        <w:spacing w:after="240" w:line="23" w:lineRule="atLeast"/>
        <w:ind w:left="357" w:hanging="215"/>
        <w:contextualSpacing w:val="0"/>
        <w:rPr>
          <w:rFonts w:cs="Arial"/>
          <w:sz w:val="22"/>
          <w:szCs w:val="24"/>
        </w:rPr>
      </w:pPr>
      <w:r w:rsidRPr="003812E8">
        <w:rPr>
          <w:rFonts w:cs="Arial"/>
          <w:sz w:val="22"/>
          <w:szCs w:val="24"/>
        </w:rPr>
        <w:t>any difficulties, risks or trade-offs you are aware of.</w:t>
      </w:r>
    </w:p>
    <w:tbl>
      <w:tblPr>
        <w:tblW w:w="0" w:type="auto"/>
        <w:jc w:val="center"/>
        <w:tblLook w:val="04A0" w:firstRow="1" w:lastRow="0" w:firstColumn="1" w:lastColumn="0" w:noHBand="0" w:noVBand="1"/>
      </w:tblPr>
      <w:tblGrid>
        <w:gridCol w:w="9858"/>
      </w:tblGrid>
      <w:tr w:rsidR="003547FB" w:rsidRPr="003812E8" w14:paraId="38FEFB94"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25CBE641" w14:textId="77777777" w:rsidR="00BC03C6"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p>
          <w:p w14:paraId="18EE0F7E" w14:textId="77777777" w:rsidR="00BC03C6" w:rsidRDefault="00BC03C6" w:rsidP="00BC03C6">
            <w:pPr>
              <w:spacing w:after="0" w:line="23" w:lineRule="atLeast"/>
              <w:rPr>
                <w:rFonts w:cs="Arial"/>
              </w:rPr>
            </w:pPr>
          </w:p>
          <w:p w14:paraId="7EF5DBD2" w14:textId="1A4D0CBB" w:rsidR="003547FB" w:rsidRPr="003812E8" w:rsidRDefault="002170C5" w:rsidP="00BC03C6">
            <w:pPr>
              <w:spacing w:after="0" w:line="23" w:lineRule="atLeast"/>
              <w:rPr>
                <w:rFonts w:cs="Arial"/>
              </w:rPr>
            </w:pPr>
            <w:r w:rsidRPr="003812E8">
              <w:rPr>
                <w:rFonts w:cs="Arial"/>
              </w:rPr>
              <w:br/>
            </w:r>
          </w:p>
        </w:tc>
      </w:tr>
    </w:tbl>
    <w:p w14:paraId="7872A4C7" w14:textId="77777777" w:rsidR="003551AD" w:rsidRPr="003812E8" w:rsidRDefault="003551AD" w:rsidP="00BC03C6">
      <w:pPr>
        <w:spacing w:line="23" w:lineRule="atLeast"/>
        <w:rPr>
          <w:rFonts w:cs="Arial"/>
        </w:rPr>
      </w:pPr>
    </w:p>
    <w:p w14:paraId="64055DEC" w14:textId="77777777" w:rsidR="003551AD" w:rsidRPr="003812E8" w:rsidRDefault="003551AD" w:rsidP="00BC03C6">
      <w:pPr>
        <w:spacing w:after="200" w:line="23" w:lineRule="atLeast"/>
        <w:rPr>
          <w:rFonts w:eastAsiaTheme="majorEastAsia" w:cs="Arial"/>
          <w:b/>
          <w:bCs/>
          <w:color w:val="00778B"/>
          <w:sz w:val="26"/>
          <w:szCs w:val="26"/>
        </w:rPr>
      </w:pPr>
      <w:r w:rsidRPr="003812E8">
        <w:rPr>
          <w:rFonts w:cs="Arial"/>
        </w:rPr>
        <w:br w:type="page"/>
      </w:r>
    </w:p>
    <w:p w14:paraId="2C79130F" w14:textId="77777777" w:rsidR="003812E8" w:rsidRDefault="003812E8" w:rsidP="00BC03C6">
      <w:pPr>
        <w:pStyle w:val="Heading2"/>
        <w:spacing w:line="23" w:lineRule="atLeast"/>
        <w:rPr>
          <w:rFonts w:ascii="Arial" w:hAnsi="Arial" w:cs="Arial"/>
        </w:rPr>
      </w:pPr>
    </w:p>
    <w:p w14:paraId="29063303" w14:textId="3BDCF87F" w:rsidR="003547FB" w:rsidRPr="00CD0DE1" w:rsidRDefault="002170C5" w:rsidP="00CD0DE1">
      <w:pPr>
        <w:pStyle w:val="Heading2"/>
        <w:shd w:val="clear" w:color="auto" w:fill="01426A"/>
        <w:spacing w:before="0" w:after="240" w:line="23" w:lineRule="atLeast"/>
        <w:rPr>
          <w:rFonts w:ascii="Arial" w:hAnsi="Arial" w:cs="Arial"/>
          <w:color w:val="FFFFFF" w:themeColor="background1"/>
          <w:sz w:val="28"/>
          <w:szCs w:val="28"/>
        </w:rPr>
      </w:pPr>
      <w:r w:rsidRPr="00CD0DE1">
        <w:rPr>
          <w:rFonts w:ascii="Arial" w:hAnsi="Arial" w:cs="Arial"/>
          <w:color w:val="FFFFFF" w:themeColor="background1"/>
          <w:sz w:val="28"/>
          <w:szCs w:val="28"/>
        </w:rPr>
        <w:t>Blocker 5 (optional)</w:t>
      </w:r>
    </w:p>
    <w:p w14:paraId="6DDFB030" w14:textId="77777777"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1. What nature recovery work were you trying to carry out?</w:t>
      </w:r>
    </w:p>
    <w:p w14:paraId="397700D2" w14:textId="77777777" w:rsidR="003547FB" w:rsidRPr="003D2573" w:rsidRDefault="002170C5" w:rsidP="009A444C">
      <w:pPr>
        <w:spacing w:after="60" w:line="23" w:lineRule="atLeast"/>
        <w:rPr>
          <w:rFonts w:cs="Arial"/>
          <w:b/>
          <w:bCs/>
          <w:sz w:val="22"/>
          <w:szCs w:val="24"/>
        </w:rPr>
      </w:pPr>
      <w:r w:rsidRPr="003D2573">
        <w:rPr>
          <w:rFonts w:cs="Arial"/>
          <w:b/>
          <w:bCs/>
          <w:sz w:val="22"/>
          <w:szCs w:val="24"/>
        </w:rPr>
        <w:t>Please briefly describe:</w:t>
      </w:r>
    </w:p>
    <w:p w14:paraId="25675AF9"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the work you intended to do, including its scale</w:t>
      </w:r>
    </w:p>
    <w:p w14:paraId="0919BE67" w14:textId="77777777" w:rsidR="003547FB" w:rsidRPr="003812E8" w:rsidRDefault="002170C5" w:rsidP="009A444C">
      <w:pPr>
        <w:pStyle w:val="ListBullet"/>
        <w:spacing w:after="60" w:line="23" w:lineRule="atLeast"/>
        <w:ind w:left="357" w:hanging="215"/>
        <w:contextualSpacing w:val="0"/>
        <w:rPr>
          <w:rFonts w:cs="Arial"/>
          <w:sz w:val="22"/>
          <w:szCs w:val="24"/>
        </w:rPr>
      </w:pPr>
      <w:r w:rsidRPr="003812E8">
        <w:rPr>
          <w:rFonts w:cs="Arial"/>
          <w:sz w:val="22"/>
          <w:szCs w:val="24"/>
        </w:rPr>
        <w:t>its expected benefit for nature</w:t>
      </w:r>
    </w:p>
    <w:p w14:paraId="3BAA34E2" w14:textId="77777777" w:rsidR="003547FB" w:rsidRPr="003812E8" w:rsidRDefault="002170C5" w:rsidP="009A444C">
      <w:pPr>
        <w:pStyle w:val="ListBullet"/>
        <w:spacing w:after="240" w:line="23" w:lineRule="atLeast"/>
        <w:ind w:left="357" w:hanging="215"/>
        <w:contextualSpacing w:val="0"/>
        <w:rPr>
          <w:rFonts w:cs="Arial"/>
          <w:sz w:val="22"/>
          <w:szCs w:val="24"/>
        </w:rPr>
      </w:pPr>
      <w:r w:rsidRPr="003812E8">
        <w:rPr>
          <w:rFonts w:cs="Arial"/>
          <w:sz w:val="22"/>
          <w:szCs w:val="24"/>
        </w:rPr>
        <w:t>roughly when and where it took place or was planned.</w:t>
      </w:r>
    </w:p>
    <w:tbl>
      <w:tblPr>
        <w:tblW w:w="0" w:type="auto"/>
        <w:jc w:val="center"/>
        <w:tblLook w:val="04A0" w:firstRow="1" w:lastRow="0" w:firstColumn="1" w:lastColumn="0" w:noHBand="0" w:noVBand="1"/>
      </w:tblPr>
      <w:tblGrid>
        <w:gridCol w:w="9858"/>
      </w:tblGrid>
      <w:tr w:rsidR="003547FB" w:rsidRPr="003812E8" w14:paraId="367CE82E"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574D6701" w14:textId="77777777" w:rsidR="003547FB"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r w:rsidRPr="00CD0DE1">
              <w:rPr>
                <w:rFonts w:cs="Arial"/>
                <w:sz w:val="22"/>
                <w:szCs w:val="24"/>
              </w:rPr>
              <w:br/>
            </w:r>
          </w:p>
          <w:p w14:paraId="68B52381" w14:textId="77777777" w:rsidR="00BC03C6" w:rsidRPr="00CD0DE1" w:rsidRDefault="00BC03C6" w:rsidP="00BC03C6">
            <w:pPr>
              <w:spacing w:after="0" w:line="23" w:lineRule="atLeast"/>
              <w:rPr>
                <w:rFonts w:cs="Arial"/>
                <w:sz w:val="22"/>
                <w:szCs w:val="24"/>
              </w:rPr>
            </w:pPr>
          </w:p>
          <w:p w14:paraId="0BBB962D" w14:textId="77777777" w:rsidR="00BC03C6" w:rsidRPr="003812E8" w:rsidRDefault="00BC03C6" w:rsidP="00BC03C6">
            <w:pPr>
              <w:spacing w:after="0" w:line="23" w:lineRule="atLeast"/>
              <w:rPr>
                <w:rFonts w:cs="Arial"/>
              </w:rPr>
            </w:pPr>
          </w:p>
        </w:tc>
      </w:tr>
    </w:tbl>
    <w:p w14:paraId="6F1D32BF" w14:textId="77777777" w:rsidR="003551AD" w:rsidRPr="003812E8" w:rsidRDefault="003551AD" w:rsidP="00BC03C6">
      <w:pPr>
        <w:spacing w:line="23" w:lineRule="atLeast"/>
        <w:rPr>
          <w:rFonts w:cs="Arial"/>
        </w:rPr>
      </w:pPr>
    </w:p>
    <w:p w14:paraId="70E41083" w14:textId="4172E08C" w:rsidR="003547FB" w:rsidRPr="003812E8" w:rsidRDefault="002170C5" w:rsidP="00BC03C6">
      <w:pPr>
        <w:pStyle w:val="Heading3"/>
        <w:spacing w:line="23" w:lineRule="atLeast"/>
        <w:rPr>
          <w:rFonts w:ascii="Arial" w:hAnsi="Arial" w:cs="Arial"/>
        </w:rPr>
      </w:pPr>
      <w:r w:rsidRPr="003812E8">
        <w:rPr>
          <w:rFonts w:ascii="Arial" w:hAnsi="Arial" w:cs="Arial"/>
          <w:color w:val="00778B"/>
          <w:sz w:val="24"/>
          <w:szCs w:val="24"/>
        </w:rPr>
        <w:t>2. What affected its implementation?</w:t>
      </w:r>
    </w:p>
    <w:p w14:paraId="154EB88A" w14:textId="77777777" w:rsidR="00BC03C6" w:rsidRDefault="002170C5" w:rsidP="00BC03C6">
      <w:pPr>
        <w:spacing w:after="0" w:line="23" w:lineRule="atLeast"/>
        <w:rPr>
          <w:rFonts w:cs="Arial"/>
          <w:sz w:val="22"/>
          <w:szCs w:val="24"/>
        </w:rPr>
      </w:pPr>
      <w:r w:rsidRPr="003812E8">
        <w:rPr>
          <w:rFonts w:cs="Arial"/>
          <w:sz w:val="22"/>
          <w:szCs w:val="24"/>
        </w:rPr>
        <w:t xml:space="preserve">Please describe what happened. </w:t>
      </w:r>
    </w:p>
    <w:p w14:paraId="0D702EE8" w14:textId="77777777" w:rsidR="00BC03C6" w:rsidRDefault="00BC03C6" w:rsidP="00BC03C6">
      <w:pPr>
        <w:spacing w:after="0" w:line="23" w:lineRule="atLeast"/>
        <w:rPr>
          <w:rFonts w:cs="Arial"/>
          <w:sz w:val="22"/>
          <w:szCs w:val="24"/>
        </w:rPr>
      </w:pPr>
    </w:p>
    <w:p w14:paraId="785A6FB1" w14:textId="080A47C6" w:rsidR="003547FB" w:rsidRPr="00BC03C6" w:rsidRDefault="002170C5" w:rsidP="00CD0DE1">
      <w:pPr>
        <w:spacing w:after="60" w:line="23" w:lineRule="atLeast"/>
        <w:rPr>
          <w:rFonts w:cs="Arial"/>
          <w:b/>
          <w:bCs/>
          <w:sz w:val="22"/>
          <w:szCs w:val="24"/>
        </w:rPr>
      </w:pPr>
      <w:r w:rsidRPr="00BC03C6">
        <w:rPr>
          <w:rFonts w:cs="Arial"/>
          <w:b/>
          <w:bCs/>
          <w:sz w:val="22"/>
          <w:szCs w:val="24"/>
        </w:rPr>
        <w:t>Where relevant, tell us:</w:t>
      </w:r>
    </w:p>
    <w:p w14:paraId="407BCE1D" w14:textId="77777777" w:rsidR="003547FB" w:rsidRPr="003812E8" w:rsidRDefault="002170C5" w:rsidP="00CD0DE1">
      <w:pPr>
        <w:pStyle w:val="ListBullet"/>
        <w:spacing w:after="60" w:line="23" w:lineRule="atLeast"/>
        <w:ind w:left="357" w:hanging="215"/>
        <w:contextualSpacing w:val="0"/>
        <w:rPr>
          <w:rFonts w:cs="Arial"/>
          <w:sz w:val="22"/>
          <w:szCs w:val="24"/>
        </w:rPr>
      </w:pPr>
      <w:r w:rsidRPr="003812E8">
        <w:rPr>
          <w:rFonts w:cs="Arial"/>
          <w:sz w:val="22"/>
          <w:szCs w:val="24"/>
        </w:rPr>
        <w:t>what prevented, delayed or discouraged the work</w:t>
      </w:r>
    </w:p>
    <w:p w14:paraId="689F0F44" w14:textId="77777777" w:rsidR="003547FB" w:rsidRPr="003812E8" w:rsidRDefault="002170C5" w:rsidP="00BC03C6">
      <w:pPr>
        <w:pStyle w:val="ListBullet"/>
        <w:spacing w:after="60" w:line="23" w:lineRule="atLeast"/>
        <w:ind w:left="357" w:hanging="215"/>
        <w:contextualSpacing w:val="0"/>
        <w:rPr>
          <w:rFonts w:cs="Arial"/>
          <w:sz w:val="22"/>
          <w:szCs w:val="24"/>
        </w:rPr>
      </w:pPr>
      <w:r w:rsidRPr="003812E8">
        <w:rPr>
          <w:rFonts w:cs="Arial"/>
          <w:sz w:val="22"/>
          <w:szCs w:val="24"/>
        </w:rPr>
        <w:t xml:space="preserve">which </w:t>
      </w:r>
      <w:proofErr w:type="spellStart"/>
      <w:r w:rsidRPr="003812E8">
        <w:rPr>
          <w:rFonts w:cs="Arial"/>
          <w:sz w:val="22"/>
          <w:szCs w:val="24"/>
        </w:rPr>
        <w:t>organisations</w:t>
      </w:r>
      <w:proofErr w:type="spellEnd"/>
      <w:r w:rsidRPr="003812E8">
        <w:rPr>
          <w:rFonts w:cs="Arial"/>
          <w:sz w:val="22"/>
          <w:szCs w:val="24"/>
        </w:rPr>
        <w:t xml:space="preserve"> were involved, and whether you were directly involved</w:t>
      </w:r>
    </w:p>
    <w:p w14:paraId="391990A6" w14:textId="77777777" w:rsidR="003547FB" w:rsidRPr="003812E8" w:rsidRDefault="002170C5" w:rsidP="00BC03C6">
      <w:pPr>
        <w:pStyle w:val="ListBullet"/>
        <w:spacing w:after="60" w:line="23" w:lineRule="atLeast"/>
        <w:ind w:left="357" w:hanging="215"/>
        <w:contextualSpacing w:val="0"/>
        <w:rPr>
          <w:rFonts w:cs="Arial"/>
          <w:sz w:val="22"/>
          <w:szCs w:val="24"/>
        </w:rPr>
      </w:pPr>
      <w:r w:rsidRPr="003812E8">
        <w:rPr>
          <w:rFonts w:cs="Arial"/>
          <w:sz w:val="22"/>
          <w:szCs w:val="24"/>
        </w:rPr>
        <w:t>what effect it had, for example delays or extra costs (and roughly how long or how much), reduced benefits for nature, changes to the work, or the work not going ahead</w:t>
      </w:r>
    </w:p>
    <w:p w14:paraId="24CF0E31" w14:textId="77777777" w:rsidR="003547FB" w:rsidRPr="003812E8" w:rsidRDefault="002170C5" w:rsidP="00BC03C6">
      <w:pPr>
        <w:pStyle w:val="ListBullet"/>
        <w:spacing w:after="60" w:line="23" w:lineRule="atLeast"/>
        <w:ind w:left="357" w:hanging="215"/>
        <w:contextualSpacing w:val="0"/>
        <w:rPr>
          <w:rFonts w:cs="Arial"/>
          <w:sz w:val="22"/>
          <w:szCs w:val="24"/>
        </w:rPr>
      </w:pPr>
      <w:r w:rsidRPr="003812E8">
        <w:rPr>
          <w:rFonts w:cs="Arial"/>
          <w:sz w:val="22"/>
          <w:szCs w:val="24"/>
        </w:rPr>
        <w:t>any other factors that contributed, such as poor communication, unclear responsibilities, a lack of expertise, differing priorities, or waiting for other work to happen first</w:t>
      </w:r>
    </w:p>
    <w:p w14:paraId="36603821" w14:textId="77777777" w:rsidR="003547FB" w:rsidRDefault="002170C5" w:rsidP="00BC03C6">
      <w:pPr>
        <w:pStyle w:val="ListBullet"/>
        <w:spacing w:after="60" w:line="23" w:lineRule="atLeast"/>
        <w:ind w:left="357" w:hanging="215"/>
        <w:contextualSpacing w:val="0"/>
        <w:rPr>
          <w:rFonts w:cs="Arial"/>
          <w:sz w:val="22"/>
          <w:szCs w:val="24"/>
        </w:rPr>
      </w:pPr>
      <w:r w:rsidRPr="003812E8">
        <w:rPr>
          <w:rFonts w:cs="Arial"/>
          <w:sz w:val="22"/>
          <w:szCs w:val="24"/>
        </w:rPr>
        <w:t xml:space="preserve">whether the same problem has affected other projects, </w:t>
      </w:r>
      <w:proofErr w:type="spellStart"/>
      <w:r w:rsidRPr="003812E8">
        <w:rPr>
          <w:rFonts w:cs="Arial"/>
          <w:sz w:val="22"/>
          <w:szCs w:val="24"/>
        </w:rPr>
        <w:t>organisations</w:t>
      </w:r>
      <w:proofErr w:type="spellEnd"/>
      <w:r w:rsidRPr="003812E8">
        <w:rPr>
          <w:rFonts w:cs="Arial"/>
          <w:sz w:val="22"/>
          <w:szCs w:val="24"/>
        </w:rPr>
        <w:t xml:space="preserve"> or places.</w:t>
      </w:r>
    </w:p>
    <w:p w14:paraId="364D71F9" w14:textId="77777777" w:rsidR="00BC03C6" w:rsidRPr="003812E8" w:rsidRDefault="00BC03C6" w:rsidP="00BC03C6">
      <w:pPr>
        <w:pStyle w:val="ListBullet"/>
        <w:numPr>
          <w:ilvl w:val="0"/>
          <w:numId w:val="0"/>
        </w:numPr>
        <w:spacing w:after="60" w:line="23" w:lineRule="atLeast"/>
        <w:ind w:left="357"/>
        <w:contextualSpacing w:val="0"/>
        <w:rPr>
          <w:rFonts w:cs="Arial"/>
          <w:sz w:val="22"/>
          <w:szCs w:val="24"/>
        </w:rPr>
      </w:pPr>
    </w:p>
    <w:p w14:paraId="24562B06" w14:textId="77777777" w:rsidR="003547FB" w:rsidRPr="003812E8" w:rsidRDefault="002170C5" w:rsidP="00CD0DE1">
      <w:pPr>
        <w:spacing w:after="240" w:line="23" w:lineRule="atLeast"/>
        <w:rPr>
          <w:rFonts w:cs="Arial"/>
          <w:sz w:val="22"/>
          <w:szCs w:val="24"/>
        </w:rPr>
      </w:pPr>
      <w:r w:rsidRPr="00BC03C6">
        <w:rPr>
          <w:rFonts w:cs="Arial"/>
          <w:b/>
          <w:bCs/>
          <w:sz w:val="22"/>
          <w:szCs w:val="24"/>
          <w:u w:val="single"/>
        </w:rPr>
        <w:t>Please do not name individuals:</w:t>
      </w:r>
      <w:r w:rsidRPr="003812E8">
        <w:rPr>
          <w:rFonts w:cs="Arial"/>
          <w:sz w:val="22"/>
          <w:szCs w:val="24"/>
        </w:rPr>
        <w:t xml:space="preserve"> you can give their role or </w:t>
      </w:r>
      <w:proofErr w:type="spellStart"/>
      <w:r w:rsidRPr="003812E8">
        <w:rPr>
          <w:rFonts w:cs="Arial"/>
          <w:sz w:val="22"/>
          <w:szCs w:val="24"/>
        </w:rPr>
        <w:t>organisation</w:t>
      </w:r>
      <w:proofErr w:type="spellEnd"/>
      <w:r w:rsidRPr="003812E8">
        <w:rPr>
          <w:rFonts w:cs="Arial"/>
          <w:sz w:val="22"/>
          <w:szCs w:val="24"/>
        </w:rPr>
        <w:t xml:space="preserve"> instead. Details that could identify a site can be excluded if you wish. Supporting documents and web links are welcome.</w:t>
      </w:r>
    </w:p>
    <w:tbl>
      <w:tblPr>
        <w:tblW w:w="0" w:type="auto"/>
        <w:jc w:val="center"/>
        <w:tblLook w:val="04A0" w:firstRow="1" w:lastRow="0" w:firstColumn="1" w:lastColumn="0" w:noHBand="0" w:noVBand="1"/>
      </w:tblPr>
      <w:tblGrid>
        <w:gridCol w:w="9858"/>
      </w:tblGrid>
      <w:tr w:rsidR="003547FB" w:rsidRPr="003812E8" w14:paraId="2F7DE7D5"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50873954" w14:textId="77777777" w:rsidR="00BC03C6" w:rsidRPr="00CD0DE1" w:rsidRDefault="002170C5" w:rsidP="00BC03C6">
            <w:pPr>
              <w:spacing w:after="0" w:line="23" w:lineRule="atLeast"/>
              <w:rPr>
                <w:rFonts w:cs="Arial"/>
                <w:sz w:val="22"/>
                <w:szCs w:val="24"/>
              </w:rPr>
            </w:pPr>
            <w:r w:rsidRPr="00CD0DE1">
              <w:rPr>
                <w:rFonts w:cs="Arial"/>
                <w:sz w:val="22"/>
                <w:szCs w:val="24"/>
              </w:rPr>
              <w:br/>
            </w:r>
          </w:p>
          <w:p w14:paraId="536F00BE" w14:textId="77777777" w:rsidR="00BC03C6" w:rsidRPr="00CD0DE1" w:rsidRDefault="00BC03C6" w:rsidP="00BC03C6">
            <w:pPr>
              <w:spacing w:after="0" w:line="23" w:lineRule="atLeast"/>
              <w:rPr>
                <w:rFonts w:cs="Arial"/>
                <w:sz w:val="22"/>
                <w:szCs w:val="24"/>
              </w:rPr>
            </w:pPr>
          </w:p>
          <w:p w14:paraId="18BD4146" w14:textId="6EAF3AC8" w:rsidR="003547FB" w:rsidRPr="003812E8" w:rsidRDefault="002170C5" w:rsidP="00BC03C6">
            <w:pPr>
              <w:spacing w:after="0" w:line="23" w:lineRule="atLeast"/>
              <w:rPr>
                <w:rFonts w:cs="Arial"/>
              </w:rPr>
            </w:pPr>
            <w:r w:rsidRPr="00CD0DE1">
              <w:rPr>
                <w:rFonts w:cs="Arial"/>
                <w:sz w:val="22"/>
                <w:szCs w:val="24"/>
              </w:rPr>
              <w:br/>
            </w:r>
            <w:r w:rsidRPr="003812E8">
              <w:rPr>
                <w:rFonts w:cs="Arial"/>
              </w:rPr>
              <w:br/>
            </w:r>
          </w:p>
        </w:tc>
      </w:tr>
    </w:tbl>
    <w:p w14:paraId="5F812D16" w14:textId="77777777" w:rsidR="003551AD" w:rsidRPr="003812E8" w:rsidRDefault="003551AD" w:rsidP="00BC03C6">
      <w:pPr>
        <w:spacing w:line="23" w:lineRule="atLeast"/>
        <w:rPr>
          <w:rFonts w:cs="Arial"/>
        </w:rPr>
      </w:pPr>
    </w:p>
    <w:p w14:paraId="0C33A236" w14:textId="456219B6" w:rsidR="003547FB" w:rsidRPr="003812E8" w:rsidRDefault="002170C5" w:rsidP="00BC03C6">
      <w:pPr>
        <w:pStyle w:val="Heading3"/>
        <w:spacing w:line="23" w:lineRule="atLeast"/>
        <w:rPr>
          <w:rFonts w:ascii="Arial" w:hAnsi="Arial" w:cs="Arial"/>
          <w:color w:val="00778B"/>
        </w:rPr>
      </w:pPr>
      <w:r w:rsidRPr="003812E8">
        <w:rPr>
          <w:rFonts w:ascii="Arial" w:hAnsi="Arial" w:cs="Arial"/>
          <w:color w:val="00778B"/>
        </w:rPr>
        <w:t>3. What requirement, process or practice was involved</w:t>
      </w:r>
      <w:r w:rsidR="00592DA8" w:rsidRPr="003812E8">
        <w:rPr>
          <w:rFonts w:ascii="Arial" w:hAnsi="Arial" w:cs="Arial"/>
          <w:color w:val="00778B"/>
        </w:rPr>
        <w:t xml:space="preserve"> in the work</w:t>
      </w:r>
      <w:r w:rsidRPr="003812E8">
        <w:rPr>
          <w:rFonts w:ascii="Arial" w:hAnsi="Arial" w:cs="Arial"/>
          <w:color w:val="00778B"/>
        </w:rPr>
        <w:t>?</w:t>
      </w:r>
    </w:p>
    <w:p w14:paraId="36AA6445" w14:textId="77777777" w:rsidR="00BC03C6" w:rsidRDefault="002170C5" w:rsidP="00BC03C6">
      <w:pPr>
        <w:spacing w:after="0" w:line="23" w:lineRule="atLeast"/>
        <w:rPr>
          <w:rFonts w:cs="Arial"/>
          <w:sz w:val="22"/>
          <w:szCs w:val="24"/>
        </w:rPr>
      </w:pPr>
      <w:r w:rsidRPr="003812E8">
        <w:rPr>
          <w:rFonts w:cs="Arial"/>
          <w:sz w:val="22"/>
          <w:szCs w:val="24"/>
        </w:rPr>
        <w:t xml:space="preserve">For example, </w:t>
      </w:r>
      <w:proofErr w:type="gramStart"/>
      <w:r w:rsidRPr="003812E8">
        <w:rPr>
          <w:rFonts w:cs="Arial"/>
          <w:sz w:val="22"/>
          <w:szCs w:val="24"/>
        </w:rPr>
        <w:t>a law</w:t>
      </w:r>
      <w:proofErr w:type="gramEnd"/>
      <w:r w:rsidRPr="003812E8">
        <w:rPr>
          <w:rFonts w:cs="Arial"/>
          <w:sz w:val="22"/>
          <w:szCs w:val="24"/>
        </w:rPr>
        <w:t xml:space="preserve">, regulation, consent process, policy, guidance, organisational practice or way of working. </w:t>
      </w:r>
    </w:p>
    <w:p w14:paraId="34EE85C2" w14:textId="77777777" w:rsidR="00BC03C6" w:rsidRDefault="00BC03C6" w:rsidP="00BC03C6">
      <w:pPr>
        <w:spacing w:after="0" w:line="23" w:lineRule="atLeast"/>
        <w:rPr>
          <w:rFonts w:cs="Arial"/>
          <w:sz w:val="22"/>
          <w:szCs w:val="24"/>
        </w:rPr>
      </w:pPr>
    </w:p>
    <w:p w14:paraId="33E29E33" w14:textId="3396AE53" w:rsidR="003547FB" w:rsidRPr="00BC03C6" w:rsidRDefault="002170C5" w:rsidP="00CD0DE1">
      <w:pPr>
        <w:spacing w:after="60" w:line="23" w:lineRule="atLeast"/>
        <w:rPr>
          <w:rFonts w:cs="Arial"/>
          <w:b/>
          <w:bCs/>
          <w:sz w:val="22"/>
          <w:szCs w:val="24"/>
        </w:rPr>
      </w:pPr>
      <w:r w:rsidRPr="00BC03C6">
        <w:rPr>
          <w:rFonts w:cs="Arial"/>
          <w:b/>
          <w:bCs/>
          <w:sz w:val="22"/>
          <w:szCs w:val="24"/>
        </w:rPr>
        <w:t>Where relevant, tell us:</w:t>
      </w:r>
    </w:p>
    <w:p w14:paraId="17DBE74B" w14:textId="77777777" w:rsidR="003547FB" w:rsidRPr="003812E8" w:rsidRDefault="002170C5" w:rsidP="00CD0DE1">
      <w:pPr>
        <w:pStyle w:val="ListBullet"/>
        <w:spacing w:after="60" w:line="23" w:lineRule="atLeast"/>
        <w:ind w:left="357" w:hanging="215"/>
        <w:contextualSpacing w:val="0"/>
        <w:rPr>
          <w:rFonts w:cs="Arial"/>
          <w:sz w:val="22"/>
          <w:szCs w:val="24"/>
        </w:rPr>
      </w:pPr>
      <w:r w:rsidRPr="003812E8">
        <w:rPr>
          <w:rFonts w:cs="Arial"/>
          <w:sz w:val="22"/>
          <w:szCs w:val="24"/>
        </w:rPr>
        <w:lastRenderedPageBreak/>
        <w:t>its name, and, where known, the relevant provision or section</w:t>
      </w:r>
    </w:p>
    <w:p w14:paraId="6A44D6C6" w14:textId="77777777" w:rsidR="003547FB" w:rsidRPr="003812E8" w:rsidRDefault="002170C5" w:rsidP="00BC03C6">
      <w:pPr>
        <w:pStyle w:val="ListBullet"/>
        <w:spacing w:after="60" w:line="23" w:lineRule="atLeast"/>
        <w:ind w:left="357" w:hanging="215"/>
        <w:contextualSpacing w:val="0"/>
        <w:rPr>
          <w:rFonts w:cs="Arial"/>
          <w:sz w:val="22"/>
          <w:szCs w:val="24"/>
        </w:rPr>
      </w:pPr>
      <w:r w:rsidRPr="003812E8">
        <w:rPr>
          <w:rFonts w:cs="Arial"/>
          <w:sz w:val="22"/>
          <w:szCs w:val="24"/>
        </w:rPr>
        <w:t xml:space="preserve">whether it was a formal legal or regulatory requirement, or advice, guidance or caution from a regulator, adviser or your own </w:t>
      </w:r>
      <w:proofErr w:type="spellStart"/>
      <w:r w:rsidRPr="003812E8">
        <w:rPr>
          <w:rFonts w:cs="Arial"/>
          <w:sz w:val="22"/>
          <w:szCs w:val="24"/>
        </w:rPr>
        <w:t>organisation</w:t>
      </w:r>
      <w:proofErr w:type="spellEnd"/>
    </w:p>
    <w:p w14:paraId="6DF06269" w14:textId="77777777" w:rsidR="003547FB" w:rsidRPr="003812E8" w:rsidRDefault="002170C5" w:rsidP="00BC03C6">
      <w:pPr>
        <w:pStyle w:val="ListBullet"/>
        <w:spacing w:after="60" w:line="23" w:lineRule="atLeast"/>
        <w:ind w:left="357" w:hanging="215"/>
        <w:contextualSpacing w:val="0"/>
        <w:rPr>
          <w:rFonts w:cs="Arial"/>
          <w:sz w:val="22"/>
          <w:szCs w:val="24"/>
        </w:rPr>
      </w:pPr>
      <w:r w:rsidRPr="003812E8">
        <w:rPr>
          <w:rFonts w:cs="Arial"/>
          <w:sz w:val="22"/>
          <w:szCs w:val="24"/>
        </w:rPr>
        <w:t xml:space="preserve">whether more than one regulator, permission, </w:t>
      </w:r>
      <w:proofErr w:type="spellStart"/>
      <w:r w:rsidRPr="003812E8">
        <w:rPr>
          <w:rFonts w:cs="Arial"/>
          <w:sz w:val="22"/>
          <w:szCs w:val="24"/>
        </w:rPr>
        <w:t>licence</w:t>
      </w:r>
      <w:proofErr w:type="spellEnd"/>
      <w:r w:rsidRPr="003812E8">
        <w:rPr>
          <w:rFonts w:cs="Arial"/>
          <w:sz w:val="22"/>
          <w:szCs w:val="24"/>
        </w:rPr>
        <w:t xml:space="preserve"> or other consent was involved, and how they fitted together</w:t>
      </w:r>
    </w:p>
    <w:p w14:paraId="34D1662F" w14:textId="55EBE820" w:rsidR="00CD0DE1" w:rsidRPr="00CD0DE1" w:rsidRDefault="002170C5" w:rsidP="00CD0DE1">
      <w:pPr>
        <w:pStyle w:val="ListBullet"/>
        <w:spacing w:after="240" w:line="23" w:lineRule="atLeast"/>
        <w:ind w:left="357" w:hanging="215"/>
        <w:contextualSpacing w:val="0"/>
        <w:rPr>
          <w:rFonts w:cs="Arial"/>
          <w:sz w:val="22"/>
          <w:szCs w:val="24"/>
        </w:rPr>
      </w:pPr>
      <w:proofErr w:type="gramStart"/>
      <w:r w:rsidRPr="003812E8">
        <w:rPr>
          <w:rFonts w:cs="Arial"/>
          <w:sz w:val="22"/>
          <w:szCs w:val="24"/>
        </w:rPr>
        <w:t>whether</w:t>
      </w:r>
      <w:proofErr w:type="gramEnd"/>
      <w:r w:rsidRPr="003812E8">
        <w:rPr>
          <w:rFonts w:cs="Arial"/>
          <w:sz w:val="22"/>
          <w:szCs w:val="24"/>
        </w:rPr>
        <w:t xml:space="preserve"> you think the blocker arose from the requirement itself, or from how it was interpreted, applied or administered, for example slow decisions.</w:t>
      </w:r>
    </w:p>
    <w:p w14:paraId="20FC60E8" w14:textId="68F5B298" w:rsidR="003547FB" w:rsidRPr="003812E8" w:rsidRDefault="002170C5" w:rsidP="00BC03C6">
      <w:pPr>
        <w:spacing w:after="240" w:line="23" w:lineRule="atLeast"/>
        <w:rPr>
          <w:rFonts w:cs="Arial"/>
          <w:sz w:val="22"/>
          <w:szCs w:val="24"/>
        </w:rPr>
      </w:pPr>
      <w:r w:rsidRPr="003812E8">
        <w:rPr>
          <w:rFonts w:cs="Arial"/>
          <w:sz w:val="22"/>
          <w:szCs w:val="24"/>
        </w:rPr>
        <w:t>If no specific requirement was involved, for example where guidance was lacking, please say so. If you do not know, please answer “Not sure”.</w:t>
      </w:r>
    </w:p>
    <w:tbl>
      <w:tblPr>
        <w:tblW w:w="0" w:type="auto"/>
        <w:jc w:val="center"/>
        <w:tblLook w:val="04A0" w:firstRow="1" w:lastRow="0" w:firstColumn="1" w:lastColumn="0" w:noHBand="0" w:noVBand="1"/>
      </w:tblPr>
      <w:tblGrid>
        <w:gridCol w:w="9858"/>
      </w:tblGrid>
      <w:tr w:rsidR="003547FB" w:rsidRPr="003812E8" w14:paraId="651E6556" w14:textId="77777777" w:rsidTr="00CD0DE1">
        <w:trPr>
          <w:trHeight w:val="311"/>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45037AE4" w14:textId="77777777" w:rsidR="003547FB"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r w:rsidRPr="00CD0DE1">
              <w:rPr>
                <w:rFonts w:cs="Arial"/>
                <w:sz w:val="22"/>
                <w:szCs w:val="24"/>
              </w:rPr>
              <w:br/>
            </w:r>
          </w:p>
          <w:p w14:paraId="3C691240" w14:textId="77777777" w:rsidR="00BC03C6" w:rsidRDefault="00BC03C6" w:rsidP="00BC03C6">
            <w:pPr>
              <w:spacing w:after="0" w:line="23" w:lineRule="atLeast"/>
              <w:rPr>
                <w:rFonts w:cs="Arial"/>
              </w:rPr>
            </w:pPr>
          </w:p>
          <w:p w14:paraId="0D1E7941" w14:textId="77777777" w:rsidR="00BC03C6" w:rsidRPr="003812E8" w:rsidRDefault="00BC03C6" w:rsidP="00BC03C6">
            <w:pPr>
              <w:spacing w:after="0" w:line="23" w:lineRule="atLeast"/>
              <w:rPr>
                <w:rFonts w:cs="Arial"/>
              </w:rPr>
            </w:pPr>
          </w:p>
        </w:tc>
      </w:tr>
    </w:tbl>
    <w:p w14:paraId="5982E73A" w14:textId="77777777" w:rsidR="003551AD" w:rsidRPr="003812E8" w:rsidRDefault="003551AD" w:rsidP="00BC03C6">
      <w:pPr>
        <w:spacing w:line="23" w:lineRule="atLeast"/>
        <w:rPr>
          <w:rFonts w:cs="Arial"/>
        </w:rPr>
      </w:pPr>
    </w:p>
    <w:p w14:paraId="5A229352" w14:textId="3E4433C5" w:rsidR="003547FB" w:rsidRPr="003812E8" w:rsidRDefault="002170C5" w:rsidP="00BC03C6">
      <w:pPr>
        <w:pStyle w:val="Heading3"/>
        <w:spacing w:line="23" w:lineRule="atLeast"/>
        <w:rPr>
          <w:rFonts w:ascii="Arial" w:hAnsi="Arial" w:cs="Arial"/>
        </w:rPr>
      </w:pPr>
      <w:r w:rsidRPr="003812E8">
        <w:rPr>
          <w:rFonts w:ascii="Arial" w:hAnsi="Arial" w:cs="Arial"/>
          <w:color w:val="00778B"/>
          <w:sz w:val="24"/>
          <w:szCs w:val="24"/>
        </w:rPr>
        <w:t>4. What has helped, or could help, to overcome this blocker? (optional)</w:t>
      </w:r>
    </w:p>
    <w:p w14:paraId="23B90FC3" w14:textId="77777777" w:rsidR="00CD0DE1" w:rsidRDefault="002170C5" w:rsidP="00BC03C6">
      <w:pPr>
        <w:spacing w:after="0" w:line="23" w:lineRule="atLeast"/>
        <w:rPr>
          <w:rFonts w:cs="Arial"/>
          <w:sz w:val="22"/>
          <w:szCs w:val="24"/>
        </w:rPr>
      </w:pPr>
      <w:r w:rsidRPr="003812E8">
        <w:rPr>
          <w:rFonts w:cs="Arial"/>
          <w:sz w:val="22"/>
          <w:szCs w:val="24"/>
        </w:rPr>
        <w:t xml:space="preserve">For example, a better process, clarification or guidance, improved communication or collaboration, knowledge sharing, access to expertise, a different way of working, an exemption, a change in legislation or an idea of your own. </w:t>
      </w:r>
    </w:p>
    <w:p w14:paraId="0FB8983B" w14:textId="77777777" w:rsidR="00CD0DE1" w:rsidRDefault="00CD0DE1" w:rsidP="00BC03C6">
      <w:pPr>
        <w:spacing w:after="0" w:line="23" w:lineRule="atLeast"/>
        <w:rPr>
          <w:rFonts w:cs="Arial"/>
          <w:sz w:val="22"/>
          <w:szCs w:val="24"/>
        </w:rPr>
      </w:pPr>
    </w:p>
    <w:p w14:paraId="7B7A8D06" w14:textId="0D9E5F3E" w:rsidR="003547FB" w:rsidRPr="00CD0DE1" w:rsidRDefault="002170C5" w:rsidP="00CD0DE1">
      <w:pPr>
        <w:spacing w:after="60" w:line="23" w:lineRule="atLeast"/>
        <w:rPr>
          <w:rFonts w:cs="Arial"/>
          <w:b/>
          <w:bCs/>
          <w:sz w:val="22"/>
          <w:szCs w:val="24"/>
        </w:rPr>
      </w:pPr>
      <w:r w:rsidRPr="00CD0DE1">
        <w:rPr>
          <w:rFonts w:cs="Arial"/>
          <w:b/>
          <w:bCs/>
          <w:sz w:val="22"/>
          <w:szCs w:val="24"/>
        </w:rPr>
        <w:t>Where relevant, tell us:</w:t>
      </w:r>
    </w:p>
    <w:p w14:paraId="27811006" w14:textId="77777777" w:rsidR="003547FB" w:rsidRPr="003812E8" w:rsidRDefault="002170C5" w:rsidP="00CD0DE1">
      <w:pPr>
        <w:pStyle w:val="ListBullet"/>
        <w:spacing w:after="60" w:line="23" w:lineRule="atLeast"/>
        <w:ind w:hanging="216"/>
        <w:contextualSpacing w:val="0"/>
        <w:rPr>
          <w:rFonts w:cs="Arial"/>
          <w:sz w:val="22"/>
          <w:szCs w:val="24"/>
        </w:rPr>
      </w:pPr>
      <w:r w:rsidRPr="003812E8">
        <w:rPr>
          <w:rFonts w:cs="Arial"/>
          <w:sz w:val="22"/>
          <w:szCs w:val="24"/>
        </w:rPr>
        <w:t>which parts of the problem it addressed, or could address</w:t>
      </w:r>
    </w:p>
    <w:p w14:paraId="1D507EF0" w14:textId="77777777" w:rsidR="003547FB" w:rsidRPr="003812E8" w:rsidRDefault="002170C5" w:rsidP="00CD0DE1">
      <w:pPr>
        <w:pStyle w:val="ListBullet"/>
        <w:spacing w:after="60" w:line="23" w:lineRule="atLeast"/>
        <w:ind w:left="357" w:hanging="215"/>
        <w:contextualSpacing w:val="0"/>
        <w:rPr>
          <w:rFonts w:cs="Arial"/>
          <w:sz w:val="22"/>
          <w:szCs w:val="24"/>
        </w:rPr>
      </w:pPr>
      <w:proofErr w:type="gramStart"/>
      <w:r w:rsidRPr="003812E8">
        <w:rPr>
          <w:rFonts w:cs="Arial"/>
          <w:sz w:val="22"/>
          <w:szCs w:val="24"/>
        </w:rPr>
        <w:t>what</w:t>
      </w:r>
      <w:proofErr w:type="gramEnd"/>
      <w:r w:rsidRPr="003812E8">
        <w:rPr>
          <w:rFonts w:cs="Arial"/>
          <w:sz w:val="22"/>
          <w:szCs w:val="24"/>
        </w:rPr>
        <w:t xml:space="preserve"> difference it made, or could make</w:t>
      </w:r>
    </w:p>
    <w:p w14:paraId="34227EFA" w14:textId="77777777" w:rsidR="003547FB" w:rsidRPr="003812E8" w:rsidRDefault="002170C5" w:rsidP="00CD0DE1">
      <w:pPr>
        <w:pStyle w:val="ListBullet"/>
        <w:spacing w:after="60" w:line="23" w:lineRule="atLeast"/>
        <w:ind w:left="357" w:hanging="215"/>
        <w:contextualSpacing w:val="0"/>
        <w:rPr>
          <w:rFonts w:cs="Arial"/>
          <w:sz w:val="22"/>
          <w:szCs w:val="24"/>
        </w:rPr>
      </w:pPr>
      <w:r w:rsidRPr="003812E8">
        <w:rPr>
          <w:rFonts w:cs="Arial"/>
          <w:sz w:val="22"/>
          <w:szCs w:val="24"/>
        </w:rPr>
        <w:t>whether it could be applied more widely, and who would need to act</w:t>
      </w:r>
    </w:p>
    <w:p w14:paraId="2A6E02BB" w14:textId="77777777" w:rsidR="003547FB" w:rsidRPr="003812E8" w:rsidRDefault="002170C5" w:rsidP="00CD0DE1">
      <w:pPr>
        <w:pStyle w:val="ListBullet"/>
        <w:spacing w:after="240" w:line="23" w:lineRule="atLeast"/>
        <w:ind w:left="357" w:hanging="215"/>
        <w:contextualSpacing w:val="0"/>
        <w:rPr>
          <w:rFonts w:cs="Arial"/>
          <w:sz w:val="22"/>
          <w:szCs w:val="24"/>
        </w:rPr>
      </w:pPr>
      <w:r w:rsidRPr="003812E8">
        <w:rPr>
          <w:rFonts w:cs="Arial"/>
          <w:sz w:val="22"/>
          <w:szCs w:val="24"/>
        </w:rPr>
        <w:t>any difficulties, risks or trade-offs you are aware of.</w:t>
      </w:r>
    </w:p>
    <w:tbl>
      <w:tblPr>
        <w:tblW w:w="0" w:type="auto"/>
        <w:jc w:val="center"/>
        <w:tblLook w:val="04A0" w:firstRow="1" w:lastRow="0" w:firstColumn="1" w:lastColumn="0" w:noHBand="0" w:noVBand="1"/>
      </w:tblPr>
      <w:tblGrid>
        <w:gridCol w:w="9858"/>
      </w:tblGrid>
      <w:tr w:rsidR="003547FB" w:rsidRPr="00CD0DE1" w14:paraId="0CEC15A7"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7BBBC63B" w14:textId="77777777" w:rsidR="00BC03C6" w:rsidRPr="00CD0DE1" w:rsidRDefault="002170C5" w:rsidP="00BC03C6">
            <w:pPr>
              <w:spacing w:after="0" w:line="23" w:lineRule="atLeast"/>
              <w:rPr>
                <w:rFonts w:cs="Arial"/>
                <w:sz w:val="22"/>
                <w:szCs w:val="24"/>
              </w:rPr>
            </w:pPr>
            <w:r w:rsidRPr="00CD0DE1">
              <w:rPr>
                <w:rFonts w:cs="Arial"/>
                <w:sz w:val="22"/>
                <w:szCs w:val="24"/>
              </w:rPr>
              <w:br/>
            </w:r>
            <w:r w:rsidRPr="00CD0DE1">
              <w:rPr>
                <w:rFonts w:cs="Arial"/>
                <w:sz w:val="22"/>
                <w:szCs w:val="24"/>
              </w:rPr>
              <w:br/>
            </w:r>
          </w:p>
          <w:p w14:paraId="2FFA02CA" w14:textId="77777777" w:rsidR="00BC03C6" w:rsidRPr="00CD0DE1" w:rsidRDefault="00BC03C6" w:rsidP="00BC03C6">
            <w:pPr>
              <w:spacing w:after="0" w:line="23" w:lineRule="atLeast"/>
              <w:rPr>
                <w:rFonts w:cs="Arial"/>
                <w:sz w:val="22"/>
                <w:szCs w:val="24"/>
              </w:rPr>
            </w:pPr>
          </w:p>
          <w:p w14:paraId="596B8577" w14:textId="6DB0BAC5" w:rsidR="003547FB" w:rsidRPr="00CD0DE1" w:rsidRDefault="002170C5" w:rsidP="00BC03C6">
            <w:pPr>
              <w:spacing w:after="0" w:line="23" w:lineRule="atLeast"/>
              <w:rPr>
                <w:rFonts w:cs="Arial"/>
                <w:sz w:val="22"/>
                <w:szCs w:val="24"/>
              </w:rPr>
            </w:pPr>
            <w:r w:rsidRPr="00CD0DE1">
              <w:rPr>
                <w:rFonts w:cs="Arial"/>
                <w:sz w:val="22"/>
                <w:szCs w:val="24"/>
              </w:rPr>
              <w:br/>
            </w:r>
          </w:p>
        </w:tc>
      </w:tr>
    </w:tbl>
    <w:p w14:paraId="35973365" w14:textId="77777777" w:rsidR="003551AD" w:rsidRPr="003812E8" w:rsidRDefault="003551AD" w:rsidP="00BC03C6">
      <w:pPr>
        <w:spacing w:line="23" w:lineRule="atLeast"/>
        <w:rPr>
          <w:rFonts w:cs="Arial"/>
        </w:rPr>
      </w:pPr>
    </w:p>
    <w:p w14:paraId="59D30F74" w14:textId="77777777" w:rsidR="003551AD" w:rsidRPr="003812E8" w:rsidRDefault="003551AD" w:rsidP="00BC03C6">
      <w:pPr>
        <w:spacing w:after="200" w:line="23" w:lineRule="atLeast"/>
        <w:rPr>
          <w:rFonts w:eastAsiaTheme="majorEastAsia" w:cs="Arial"/>
          <w:b/>
          <w:bCs/>
          <w:color w:val="01426A"/>
          <w:sz w:val="34"/>
          <w:szCs w:val="28"/>
        </w:rPr>
      </w:pPr>
      <w:r w:rsidRPr="003812E8">
        <w:rPr>
          <w:rFonts w:cs="Arial"/>
        </w:rPr>
        <w:br w:type="page"/>
      </w:r>
    </w:p>
    <w:p w14:paraId="58075EF7" w14:textId="2469831B" w:rsidR="003547FB" w:rsidRPr="00CD0DE1" w:rsidRDefault="002170C5" w:rsidP="00CD0DE1">
      <w:pPr>
        <w:pStyle w:val="Heading1"/>
        <w:shd w:val="clear" w:color="auto" w:fill="01426A"/>
        <w:spacing w:before="480" w:after="0" w:line="23" w:lineRule="atLeast"/>
        <w:rPr>
          <w:rFonts w:ascii="Arial" w:hAnsi="Arial" w:cs="Arial"/>
          <w:color w:val="FFFFFF" w:themeColor="background1"/>
          <w:sz w:val="36"/>
          <w:szCs w:val="32"/>
        </w:rPr>
      </w:pPr>
      <w:r w:rsidRPr="00CD0DE1">
        <w:rPr>
          <w:rFonts w:ascii="Arial" w:hAnsi="Arial" w:cs="Arial"/>
          <w:color w:val="FFFFFF" w:themeColor="background1"/>
          <w:sz w:val="36"/>
          <w:szCs w:val="32"/>
        </w:rPr>
        <w:lastRenderedPageBreak/>
        <w:t>Wider context</w:t>
      </w:r>
    </w:p>
    <w:p w14:paraId="1E91EA2D" w14:textId="77777777" w:rsidR="003812E8" w:rsidRPr="003812E8" w:rsidRDefault="003812E8" w:rsidP="00BC03C6">
      <w:pPr>
        <w:spacing w:line="23" w:lineRule="atLeast"/>
      </w:pPr>
    </w:p>
    <w:p w14:paraId="2DD30585" w14:textId="77777777"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5. More broadly, what has helped, or could help, to deliver nature recovery on the ground? (optional)</w:t>
      </w:r>
    </w:p>
    <w:p w14:paraId="1EF42131" w14:textId="77777777" w:rsidR="00BC03C6" w:rsidRDefault="002170C5" w:rsidP="00BC03C6">
      <w:pPr>
        <w:spacing w:after="0" w:line="23" w:lineRule="atLeast"/>
        <w:rPr>
          <w:rFonts w:cs="Arial"/>
          <w:sz w:val="22"/>
          <w:szCs w:val="24"/>
        </w:rPr>
      </w:pPr>
      <w:r w:rsidRPr="003812E8">
        <w:rPr>
          <w:rFonts w:cs="Arial"/>
          <w:sz w:val="22"/>
          <w:szCs w:val="24"/>
        </w:rPr>
        <w:t xml:space="preserve">This does not need to relate to the blockers described above. Please describe up to three approaches you consider most significant, such as </w:t>
      </w:r>
      <w:proofErr w:type="gramStart"/>
      <w:r w:rsidRPr="003812E8">
        <w:rPr>
          <w:rFonts w:cs="Arial"/>
          <w:sz w:val="22"/>
          <w:szCs w:val="24"/>
        </w:rPr>
        <w:t>a better process</w:t>
      </w:r>
      <w:proofErr w:type="gramEnd"/>
      <w:r w:rsidRPr="003812E8">
        <w:rPr>
          <w:rFonts w:cs="Arial"/>
          <w:sz w:val="22"/>
          <w:szCs w:val="24"/>
        </w:rPr>
        <w:t xml:space="preserve">, guidance, a way of working, an exemption or a change in legislation. </w:t>
      </w:r>
    </w:p>
    <w:p w14:paraId="1390C307" w14:textId="77777777" w:rsidR="00BC03C6" w:rsidRDefault="00BC03C6" w:rsidP="00BC03C6">
      <w:pPr>
        <w:spacing w:after="0" w:line="23" w:lineRule="atLeast"/>
        <w:rPr>
          <w:rFonts w:cs="Arial"/>
          <w:sz w:val="22"/>
          <w:szCs w:val="24"/>
        </w:rPr>
      </w:pPr>
    </w:p>
    <w:p w14:paraId="1387865A" w14:textId="16AA050F" w:rsidR="003547FB" w:rsidRPr="00BC03C6" w:rsidRDefault="002170C5" w:rsidP="00CD0DE1">
      <w:pPr>
        <w:spacing w:after="60" w:line="23" w:lineRule="atLeast"/>
        <w:rPr>
          <w:rFonts w:cs="Arial"/>
          <w:b/>
          <w:bCs/>
          <w:sz w:val="22"/>
          <w:szCs w:val="24"/>
        </w:rPr>
      </w:pPr>
      <w:r w:rsidRPr="00BC03C6">
        <w:rPr>
          <w:rFonts w:cs="Arial"/>
          <w:b/>
          <w:bCs/>
          <w:sz w:val="22"/>
          <w:szCs w:val="24"/>
        </w:rPr>
        <w:t>For each, where relevant, tell us:</w:t>
      </w:r>
    </w:p>
    <w:p w14:paraId="5139E5AA" w14:textId="77777777" w:rsidR="003547FB" w:rsidRPr="003812E8" w:rsidRDefault="002170C5" w:rsidP="00CD0DE1">
      <w:pPr>
        <w:pStyle w:val="ListBullet"/>
        <w:spacing w:after="60" w:line="23" w:lineRule="atLeast"/>
        <w:ind w:left="357" w:hanging="215"/>
        <w:contextualSpacing w:val="0"/>
        <w:rPr>
          <w:rFonts w:cs="Arial"/>
          <w:sz w:val="22"/>
          <w:szCs w:val="24"/>
        </w:rPr>
      </w:pPr>
      <w:r w:rsidRPr="003812E8">
        <w:rPr>
          <w:rFonts w:cs="Arial"/>
          <w:sz w:val="22"/>
          <w:szCs w:val="24"/>
        </w:rPr>
        <w:t>which law, regulation or guidance it relates to, if known</w:t>
      </w:r>
    </w:p>
    <w:p w14:paraId="352C82BA" w14:textId="77777777" w:rsidR="003547FB" w:rsidRPr="003812E8" w:rsidRDefault="002170C5" w:rsidP="00CD0DE1">
      <w:pPr>
        <w:pStyle w:val="ListBullet"/>
        <w:spacing w:after="60" w:line="23" w:lineRule="atLeast"/>
        <w:ind w:left="357" w:hanging="215"/>
        <w:contextualSpacing w:val="0"/>
        <w:rPr>
          <w:rFonts w:cs="Arial"/>
          <w:sz w:val="22"/>
          <w:szCs w:val="24"/>
        </w:rPr>
      </w:pPr>
      <w:r w:rsidRPr="003812E8">
        <w:rPr>
          <w:rFonts w:cs="Arial"/>
          <w:sz w:val="22"/>
          <w:szCs w:val="24"/>
        </w:rPr>
        <w:t>what difference it has made, or could make, and where it has worked</w:t>
      </w:r>
    </w:p>
    <w:p w14:paraId="079FD67E" w14:textId="77777777" w:rsidR="003547FB" w:rsidRPr="003812E8" w:rsidRDefault="002170C5" w:rsidP="00CD0DE1">
      <w:pPr>
        <w:pStyle w:val="ListBullet"/>
        <w:spacing w:after="240" w:line="23" w:lineRule="atLeast"/>
        <w:ind w:left="357" w:hanging="215"/>
        <w:contextualSpacing w:val="0"/>
        <w:rPr>
          <w:rFonts w:cs="Arial"/>
          <w:sz w:val="22"/>
          <w:szCs w:val="24"/>
        </w:rPr>
      </w:pPr>
      <w:r w:rsidRPr="003812E8">
        <w:rPr>
          <w:rFonts w:cs="Arial"/>
          <w:sz w:val="22"/>
          <w:szCs w:val="24"/>
        </w:rPr>
        <w:t>whether you think it could be applied more widely.</w:t>
      </w:r>
    </w:p>
    <w:tbl>
      <w:tblPr>
        <w:tblW w:w="0" w:type="auto"/>
        <w:jc w:val="center"/>
        <w:tblLook w:val="04A0" w:firstRow="1" w:lastRow="0" w:firstColumn="1" w:lastColumn="0" w:noHBand="0" w:noVBand="1"/>
      </w:tblPr>
      <w:tblGrid>
        <w:gridCol w:w="9858"/>
      </w:tblGrid>
      <w:tr w:rsidR="003547FB" w:rsidRPr="003812E8" w14:paraId="4B4A8585"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19F446BD" w14:textId="77777777" w:rsidR="003547FB" w:rsidRPr="003812E8" w:rsidRDefault="002170C5" w:rsidP="00BC03C6">
            <w:pPr>
              <w:spacing w:after="0" w:line="23" w:lineRule="atLeast"/>
              <w:rPr>
                <w:rFonts w:cs="Arial"/>
              </w:rPr>
            </w:pPr>
            <w:r w:rsidRPr="00CD0DE1">
              <w:rPr>
                <w:rFonts w:cs="Arial"/>
                <w:sz w:val="22"/>
                <w:szCs w:val="24"/>
              </w:rPr>
              <w:br/>
            </w:r>
            <w:r w:rsidRPr="00CD0DE1">
              <w:rPr>
                <w:rFonts w:cs="Arial"/>
                <w:sz w:val="22"/>
                <w:szCs w:val="24"/>
              </w:rPr>
              <w:br/>
            </w:r>
            <w:r w:rsidRPr="00CD0DE1">
              <w:rPr>
                <w:rFonts w:cs="Arial"/>
                <w:sz w:val="22"/>
                <w:szCs w:val="24"/>
              </w:rPr>
              <w:br/>
            </w:r>
            <w:r w:rsidRPr="00CD0DE1">
              <w:rPr>
                <w:rFonts w:cs="Arial"/>
                <w:sz w:val="22"/>
                <w:szCs w:val="24"/>
              </w:rPr>
              <w:br/>
            </w:r>
          </w:p>
        </w:tc>
      </w:tr>
    </w:tbl>
    <w:p w14:paraId="2FBFEA5F" w14:textId="77777777" w:rsidR="003551AD" w:rsidRPr="003812E8" w:rsidRDefault="003551AD" w:rsidP="00BC03C6">
      <w:pPr>
        <w:spacing w:line="23" w:lineRule="atLeast"/>
        <w:rPr>
          <w:rFonts w:cs="Arial"/>
          <w:color w:val="00778B"/>
          <w:sz w:val="22"/>
          <w:szCs w:val="24"/>
        </w:rPr>
      </w:pPr>
    </w:p>
    <w:p w14:paraId="04F11663" w14:textId="1102B3FF"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6. Is there anything else you would like to tell us? (optional)</w:t>
      </w:r>
    </w:p>
    <w:p w14:paraId="2FF489FD" w14:textId="77777777" w:rsidR="003547FB" w:rsidRPr="003812E8" w:rsidRDefault="002170C5" w:rsidP="00CD0DE1">
      <w:pPr>
        <w:spacing w:after="240" w:line="23" w:lineRule="atLeast"/>
        <w:rPr>
          <w:rFonts w:cs="Arial"/>
          <w:sz w:val="22"/>
          <w:szCs w:val="24"/>
        </w:rPr>
      </w:pPr>
      <w:r w:rsidRPr="003812E8">
        <w:rPr>
          <w:rFonts w:cs="Arial"/>
          <w:sz w:val="22"/>
          <w:szCs w:val="24"/>
        </w:rPr>
        <w:t>For example, wider issues such as funding or staff capacity, or any other relevant information not covered by the questions above.</w:t>
      </w:r>
    </w:p>
    <w:tbl>
      <w:tblPr>
        <w:tblW w:w="0" w:type="auto"/>
        <w:jc w:val="center"/>
        <w:tblLook w:val="04A0" w:firstRow="1" w:lastRow="0" w:firstColumn="1" w:lastColumn="0" w:noHBand="0" w:noVBand="1"/>
      </w:tblPr>
      <w:tblGrid>
        <w:gridCol w:w="9858"/>
      </w:tblGrid>
      <w:tr w:rsidR="003547FB" w:rsidRPr="003812E8" w14:paraId="6C7A61E0"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535E8753" w14:textId="77777777" w:rsidR="003547FB" w:rsidRPr="003812E8" w:rsidRDefault="002170C5" w:rsidP="00BC03C6">
            <w:pPr>
              <w:spacing w:after="0" w:line="23" w:lineRule="atLeast"/>
              <w:rPr>
                <w:rFonts w:cs="Arial"/>
              </w:rPr>
            </w:pPr>
            <w:r w:rsidRPr="003812E8">
              <w:rPr>
                <w:rFonts w:cs="Arial"/>
              </w:rPr>
              <w:br/>
            </w:r>
            <w:r w:rsidRPr="00CD0DE1">
              <w:rPr>
                <w:rFonts w:cs="Arial"/>
                <w:sz w:val="22"/>
                <w:szCs w:val="24"/>
              </w:rPr>
              <w:br/>
            </w:r>
            <w:r w:rsidRPr="003812E8">
              <w:rPr>
                <w:rFonts w:cs="Arial"/>
              </w:rPr>
              <w:br/>
            </w:r>
            <w:r w:rsidRPr="003812E8">
              <w:rPr>
                <w:rFonts w:cs="Arial"/>
              </w:rPr>
              <w:br/>
            </w:r>
          </w:p>
        </w:tc>
      </w:tr>
    </w:tbl>
    <w:p w14:paraId="6E6A77A0" w14:textId="77777777" w:rsidR="003551AD" w:rsidRPr="003812E8" w:rsidRDefault="003551AD" w:rsidP="00BC03C6">
      <w:pPr>
        <w:spacing w:line="23" w:lineRule="atLeast"/>
        <w:rPr>
          <w:rFonts w:cs="Arial"/>
        </w:rPr>
      </w:pPr>
    </w:p>
    <w:p w14:paraId="097E249C" w14:textId="77777777" w:rsidR="003551AD" w:rsidRPr="003812E8" w:rsidRDefault="003551AD" w:rsidP="00BC03C6">
      <w:pPr>
        <w:spacing w:after="200" w:line="23" w:lineRule="atLeast"/>
        <w:rPr>
          <w:rFonts w:eastAsiaTheme="majorEastAsia" w:cs="Arial"/>
          <w:b/>
          <w:bCs/>
          <w:color w:val="01426A"/>
          <w:sz w:val="34"/>
          <w:szCs w:val="28"/>
        </w:rPr>
      </w:pPr>
      <w:r w:rsidRPr="003812E8">
        <w:rPr>
          <w:rFonts w:cs="Arial"/>
        </w:rPr>
        <w:br w:type="page"/>
      </w:r>
    </w:p>
    <w:p w14:paraId="2E09CFB4" w14:textId="5ED17DF0" w:rsidR="003547FB" w:rsidRPr="00CD0DE1" w:rsidRDefault="002170C5" w:rsidP="00CD0DE1">
      <w:pPr>
        <w:pStyle w:val="Heading1"/>
        <w:shd w:val="clear" w:color="auto" w:fill="01426A"/>
        <w:spacing w:before="480" w:after="0" w:line="23" w:lineRule="atLeast"/>
        <w:rPr>
          <w:rFonts w:ascii="Arial" w:hAnsi="Arial" w:cs="Arial"/>
          <w:color w:val="FFFFFF" w:themeColor="background1"/>
          <w:sz w:val="36"/>
          <w:szCs w:val="32"/>
        </w:rPr>
      </w:pPr>
      <w:r w:rsidRPr="00CD0DE1">
        <w:rPr>
          <w:rFonts w:ascii="Arial" w:hAnsi="Arial" w:cs="Arial"/>
          <w:color w:val="FFFFFF" w:themeColor="background1"/>
          <w:sz w:val="36"/>
          <w:szCs w:val="32"/>
        </w:rPr>
        <w:lastRenderedPageBreak/>
        <w:t>About you</w:t>
      </w:r>
    </w:p>
    <w:p w14:paraId="6AE8A218" w14:textId="77777777" w:rsidR="003812E8" w:rsidRPr="003812E8" w:rsidRDefault="003812E8" w:rsidP="00BC03C6">
      <w:pPr>
        <w:spacing w:line="23" w:lineRule="atLeast"/>
      </w:pPr>
    </w:p>
    <w:p w14:paraId="4971F3A6" w14:textId="77777777" w:rsidR="003547FB" w:rsidRPr="003812E8" w:rsidRDefault="002170C5" w:rsidP="00BC03C6">
      <w:pPr>
        <w:pStyle w:val="Heading3"/>
        <w:spacing w:line="23" w:lineRule="atLeast"/>
        <w:rPr>
          <w:rFonts w:ascii="Arial" w:hAnsi="Arial" w:cs="Arial"/>
          <w:color w:val="00778B"/>
          <w:sz w:val="24"/>
          <w:szCs w:val="24"/>
        </w:rPr>
      </w:pPr>
      <w:r w:rsidRPr="003812E8">
        <w:rPr>
          <w:rFonts w:ascii="Arial" w:hAnsi="Arial" w:cs="Arial"/>
          <w:color w:val="00778B"/>
          <w:sz w:val="24"/>
          <w:szCs w:val="24"/>
        </w:rPr>
        <w:t xml:space="preserve">7. Are you responding on behalf of an </w:t>
      </w:r>
      <w:proofErr w:type="spellStart"/>
      <w:r w:rsidRPr="003812E8">
        <w:rPr>
          <w:rFonts w:ascii="Arial" w:hAnsi="Arial" w:cs="Arial"/>
          <w:color w:val="00778B"/>
          <w:sz w:val="24"/>
          <w:szCs w:val="24"/>
        </w:rPr>
        <w:t>organisation</w:t>
      </w:r>
      <w:proofErr w:type="spellEnd"/>
      <w:r w:rsidRPr="003812E8">
        <w:rPr>
          <w:rFonts w:ascii="Arial" w:hAnsi="Arial" w:cs="Arial"/>
          <w:color w:val="00778B"/>
          <w:sz w:val="24"/>
          <w:szCs w:val="24"/>
        </w:rPr>
        <w:t>, or as an individual?</w:t>
      </w:r>
    </w:p>
    <w:p w14:paraId="339CF72E" w14:textId="4B0389A1" w:rsidR="003547FB" w:rsidRPr="003812E8"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533739805"/>
          <w14:checkbox>
            <w14:checked w14:val="0"/>
            <w14:checkedState w14:val="2612" w14:font="MS Gothic"/>
            <w14:uncheckedState w14:val="2610" w14:font="MS Gothic"/>
          </w14:checkbox>
        </w:sdtPr>
        <w:sdtEndPr/>
        <w:sdtContent>
          <w:r w:rsidR="003551AD" w:rsidRPr="003812E8">
            <w:rPr>
              <w:rFonts w:ascii="Segoe UI Symbol" w:eastAsia="MS Gothic" w:hAnsi="Segoe UI Symbol" w:cs="Segoe UI Symbol"/>
              <w:sz w:val="22"/>
              <w:szCs w:val="24"/>
            </w:rPr>
            <w:t>☐</w:t>
          </w:r>
        </w:sdtContent>
      </w:sdt>
      <w:r w:rsidR="003551AD" w:rsidRPr="003812E8">
        <w:rPr>
          <w:rFonts w:eastAsia="Arial" w:cs="Arial"/>
          <w:sz w:val="22"/>
          <w:szCs w:val="24"/>
        </w:rPr>
        <w:t xml:space="preserve"> </w:t>
      </w:r>
      <w:r w:rsidR="00CD0DE1">
        <w:rPr>
          <w:rFonts w:eastAsia="Arial" w:cs="Arial"/>
          <w:sz w:val="22"/>
          <w:szCs w:val="24"/>
        </w:rPr>
        <w:t xml:space="preserve"> </w:t>
      </w:r>
      <w:r w:rsidR="002170C5" w:rsidRPr="003812E8">
        <w:rPr>
          <w:rFonts w:cs="Arial"/>
          <w:sz w:val="22"/>
          <w:szCs w:val="24"/>
        </w:rPr>
        <w:t xml:space="preserve">On behalf of an </w:t>
      </w:r>
      <w:proofErr w:type="spellStart"/>
      <w:r w:rsidR="002170C5" w:rsidRPr="003812E8">
        <w:rPr>
          <w:rFonts w:cs="Arial"/>
          <w:sz w:val="22"/>
          <w:szCs w:val="24"/>
        </w:rPr>
        <w:t>organisation</w:t>
      </w:r>
      <w:proofErr w:type="spellEnd"/>
    </w:p>
    <w:p w14:paraId="27C36B51" w14:textId="61C3B955" w:rsidR="003547FB" w:rsidRPr="003812E8"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2121056799"/>
          <w14:checkbox>
            <w14:checked w14:val="0"/>
            <w14:checkedState w14:val="2612" w14:font="MS Gothic"/>
            <w14:uncheckedState w14:val="2610" w14:font="MS Gothic"/>
          </w14:checkbox>
        </w:sdtPr>
        <w:sdtEndPr/>
        <w:sdtContent>
          <w:r w:rsidR="003551AD" w:rsidRPr="003812E8">
            <w:rPr>
              <w:rFonts w:ascii="Segoe UI Symbol" w:eastAsia="MS Gothic" w:hAnsi="Segoe UI Symbol" w:cs="Segoe UI Symbol"/>
              <w:sz w:val="22"/>
              <w:szCs w:val="24"/>
            </w:rPr>
            <w:t>☐</w:t>
          </w:r>
        </w:sdtContent>
      </w:sdt>
      <w:r w:rsidR="002170C5" w:rsidRPr="003812E8">
        <w:rPr>
          <w:rFonts w:cs="Arial"/>
          <w:sz w:val="22"/>
          <w:szCs w:val="24"/>
        </w:rPr>
        <w:t xml:space="preserve"> </w:t>
      </w:r>
      <w:r w:rsidR="00CD0DE1">
        <w:rPr>
          <w:rFonts w:cs="Arial"/>
          <w:sz w:val="22"/>
          <w:szCs w:val="24"/>
        </w:rPr>
        <w:t xml:space="preserve"> </w:t>
      </w:r>
      <w:r w:rsidR="002170C5" w:rsidRPr="003812E8">
        <w:rPr>
          <w:rFonts w:cs="Arial"/>
          <w:sz w:val="22"/>
          <w:szCs w:val="24"/>
        </w:rPr>
        <w:t>As an individual, in a professional capacity</w:t>
      </w:r>
    </w:p>
    <w:p w14:paraId="0EF8C078" w14:textId="5B38BABB" w:rsidR="003547FB"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955483336"/>
          <w14:checkbox>
            <w14:checked w14:val="0"/>
            <w14:checkedState w14:val="2612" w14:font="MS Gothic"/>
            <w14:uncheckedState w14:val="2610" w14:font="MS Gothic"/>
          </w14:checkbox>
        </w:sdtPr>
        <w:sdtEndPr/>
        <w:sdtContent>
          <w:r w:rsidR="00CD0DE1">
            <w:rPr>
              <w:rFonts w:ascii="MS Gothic" w:eastAsia="MS Gothic" w:hAnsi="MS Gothic" w:cs="Arial" w:hint="eastAsia"/>
              <w:sz w:val="22"/>
              <w:szCs w:val="24"/>
            </w:rPr>
            <w:t>☐</w:t>
          </w:r>
        </w:sdtContent>
      </w:sdt>
      <w:r w:rsidR="002170C5" w:rsidRPr="003812E8">
        <w:rPr>
          <w:rFonts w:cs="Arial"/>
          <w:sz w:val="22"/>
          <w:szCs w:val="24"/>
        </w:rPr>
        <w:t xml:space="preserve"> </w:t>
      </w:r>
      <w:r w:rsidR="00CD0DE1">
        <w:rPr>
          <w:rFonts w:cs="Arial"/>
          <w:sz w:val="22"/>
          <w:szCs w:val="24"/>
        </w:rPr>
        <w:t xml:space="preserve"> </w:t>
      </w:r>
      <w:r w:rsidR="002170C5" w:rsidRPr="003812E8">
        <w:rPr>
          <w:rFonts w:cs="Arial"/>
          <w:sz w:val="22"/>
          <w:szCs w:val="24"/>
        </w:rPr>
        <w:t>As an individual, in a personal capacity</w:t>
      </w:r>
    </w:p>
    <w:p w14:paraId="3DDB82B1" w14:textId="77777777" w:rsidR="00CD0DE1" w:rsidRPr="003812E8" w:rsidRDefault="00CD0DE1" w:rsidP="00CD0DE1">
      <w:pPr>
        <w:pStyle w:val="ListBullet"/>
        <w:numPr>
          <w:ilvl w:val="0"/>
          <w:numId w:val="0"/>
        </w:numPr>
        <w:spacing w:after="60" w:line="23" w:lineRule="atLeast"/>
        <w:ind w:left="357"/>
        <w:contextualSpacing w:val="0"/>
        <w:rPr>
          <w:rFonts w:cs="Arial"/>
          <w:sz w:val="22"/>
          <w:szCs w:val="24"/>
        </w:rPr>
      </w:pPr>
    </w:p>
    <w:p w14:paraId="77FC7E5A" w14:textId="77777777" w:rsidR="003547FB" w:rsidRPr="00CD0DE1" w:rsidRDefault="002170C5" w:rsidP="00BC03C6">
      <w:pPr>
        <w:spacing w:line="23" w:lineRule="atLeast"/>
        <w:rPr>
          <w:rFonts w:cs="Arial"/>
          <w:b/>
          <w:bCs/>
          <w:sz w:val="22"/>
          <w:szCs w:val="24"/>
        </w:rPr>
      </w:pPr>
      <w:r w:rsidRPr="00CD0DE1">
        <w:rPr>
          <w:rFonts w:cs="Arial"/>
          <w:b/>
          <w:bCs/>
          <w:sz w:val="22"/>
          <w:szCs w:val="24"/>
        </w:rPr>
        <w:t>If you are responding in a personal capacity, please go to question 11.</w:t>
      </w:r>
    </w:p>
    <w:p w14:paraId="70AF5C03" w14:textId="77777777" w:rsidR="003551AD" w:rsidRPr="003812E8" w:rsidRDefault="003551AD" w:rsidP="00BC03C6">
      <w:pPr>
        <w:spacing w:line="23" w:lineRule="atLeast"/>
        <w:rPr>
          <w:rFonts w:cs="Arial"/>
        </w:rPr>
      </w:pPr>
    </w:p>
    <w:p w14:paraId="2C883CD4" w14:textId="422A6D49" w:rsidR="003547FB" w:rsidRPr="003812E8" w:rsidRDefault="002170C5" w:rsidP="00CD0DE1">
      <w:pPr>
        <w:pStyle w:val="Heading3"/>
        <w:spacing w:before="0" w:after="240" w:line="23" w:lineRule="atLeast"/>
        <w:rPr>
          <w:rFonts w:ascii="Arial" w:hAnsi="Arial" w:cs="Arial"/>
          <w:color w:val="00778B"/>
          <w:sz w:val="24"/>
          <w:szCs w:val="24"/>
        </w:rPr>
      </w:pPr>
      <w:r w:rsidRPr="003812E8">
        <w:rPr>
          <w:rFonts w:ascii="Arial" w:hAnsi="Arial" w:cs="Arial"/>
          <w:color w:val="00778B"/>
          <w:sz w:val="24"/>
          <w:szCs w:val="24"/>
        </w:rPr>
        <w:t xml:space="preserve">8. Name of your </w:t>
      </w:r>
      <w:proofErr w:type="spellStart"/>
      <w:r w:rsidRPr="003812E8">
        <w:rPr>
          <w:rFonts w:ascii="Arial" w:hAnsi="Arial" w:cs="Arial"/>
          <w:color w:val="00778B"/>
          <w:sz w:val="24"/>
          <w:szCs w:val="24"/>
        </w:rPr>
        <w:t>organisation</w:t>
      </w:r>
      <w:proofErr w:type="spellEnd"/>
      <w:r w:rsidRPr="003812E8">
        <w:rPr>
          <w:rFonts w:ascii="Arial" w:hAnsi="Arial" w:cs="Arial"/>
          <w:color w:val="00778B"/>
          <w:sz w:val="24"/>
          <w:szCs w:val="24"/>
        </w:rPr>
        <w:t>, or your employer if you are responding in a professional capacity:</w:t>
      </w:r>
    </w:p>
    <w:tbl>
      <w:tblPr>
        <w:tblW w:w="0" w:type="auto"/>
        <w:jc w:val="center"/>
        <w:tblLook w:val="04A0" w:firstRow="1" w:lastRow="0" w:firstColumn="1" w:lastColumn="0" w:noHBand="0" w:noVBand="1"/>
      </w:tblPr>
      <w:tblGrid>
        <w:gridCol w:w="9858"/>
      </w:tblGrid>
      <w:tr w:rsidR="003547FB" w:rsidRPr="003812E8" w14:paraId="698D200E"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01926DDB" w14:textId="77777777" w:rsidR="003547FB" w:rsidRPr="003812E8" w:rsidRDefault="002170C5" w:rsidP="00BC03C6">
            <w:pPr>
              <w:spacing w:after="0" w:line="23" w:lineRule="atLeast"/>
              <w:rPr>
                <w:rFonts w:cs="Arial"/>
              </w:rPr>
            </w:pPr>
            <w:r w:rsidRPr="00CD0DE1">
              <w:rPr>
                <w:rFonts w:cs="Arial"/>
                <w:sz w:val="22"/>
                <w:szCs w:val="24"/>
              </w:rPr>
              <w:br/>
            </w:r>
          </w:p>
        </w:tc>
      </w:tr>
    </w:tbl>
    <w:p w14:paraId="03862CAB" w14:textId="77777777" w:rsidR="003551AD" w:rsidRPr="003812E8" w:rsidRDefault="003551AD" w:rsidP="00BC03C6">
      <w:pPr>
        <w:spacing w:line="23" w:lineRule="atLeast"/>
        <w:rPr>
          <w:rFonts w:cs="Arial"/>
        </w:rPr>
      </w:pPr>
    </w:p>
    <w:p w14:paraId="6613AD73" w14:textId="378BA6AE" w:rsidR="003547FB" w:rsidRPr="003812E8" w:rsidRDefault="002170C5" w:rsidP="00CD0DE1">
      <w:pPr>
        <w:pStyle w:val="Heading3"/>
        <w:spacing w:before="0" w:after="240" w:line="23" w:lineRule="atLeast"/>
        <w:rPr>
          <w:rFonts w:ascii="Arial" w:hAnsi="Arial" w:cs="Arial"/>
          <w:color w:val="00778B"/>
          <w:sz w:val="24"/>
          <w:szCs w:val="24"/>
        </w:rPr>
      </w:pPr>
      <w:r w:rsidRPr="003812E8">
        <w:rPr>
          <w:rFonts w:ascii="Arial" w:hAnsi="Arial" w:cs="Arial"/>
          <w:color w:val="00778B"/>
          <w:sz w:val="24"/>
          <w:szCs w:val="24"/>
        </w:rPr>
        <w:t>9. Your role (optional):</w:t>
      </w:r>
    </w:p>
    <w:tbl>
      <w:tblPr>
        <w:tblW w:w="0" w:type="auto"/>
        <w:jc w:val="center"/>
        <w:tblLook w:val="04A0" w:firstRow="1" w:lastRow="0" w:firstColumn="1" w:lastColumn="0" w:noHBand="0" w:noVBand="1"/>
      </w:tblPr>
      <w:tblGrid>
        <w:gridCol w:w="9858"/>
      </w:tblGrid>
      <w:tr w:rsidR="003547FB" w:rsidRPr="003812E8" w14:paraId="2D951B77"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1BF1FD74" w14:textId="77777777" w:rsidR="003547FB" w:rsidRPr="003812E8" w:rsidRDefault="002170C5" w:rsidP="00BC03C6">
            <w:pPr>
              <w:spacing w:after="0" w:line="23" w:lineRule="atLeast"/>
              <w:rPr>
                <w:rFonts w:cs="Arial"/>
              </w:rPr>
            </w:pPr>
            <w:r w:rsidRPr="00CD0DE1">
              <w:rPr>
                <w:rFonts w:cs="Arial"/>
                <w:sz w:val="22"/>
                <w:szCs w:val="24"/>
              </w:rPr>
              <w:br/>
            </w:r>
          </w:p>
        </w:tc>
      </w:tr>
    </w:tbl>
    <w:p w14:paraId="18DCB963" w14:textId="77777777" w:rsidR="003551AD" w:rsidRPr="003812E8" w:rsidRDefault="003551AD" w:rsidP="00BC03C6">
      <w:pPr>
        <w:spacing w:line="23" w:lineRule="atLeast"/>
        <w:rPr>
          <w:rFonts w:cs="Arial"/>
        </w:rPr>
      </w:pPr>
    </w:p>
    <w:p w14:paraId="0F13FBA9" w14:textId="77777777" w:rsidR="003551AD" w:rsidRPr="003812E8" w:rsidRDefault="003551AD" w:rsidP="00BC03C6">
      <w:pPr>
        <w:spacing w:after="200" w:line="23" w:lineRule="atLeast"/>
        <w:rPr>
          <w:rFonts w:eastAsiaTheme="majorEastAsia" w:cs="Arial"/>
          <w:b/>
          <w:bCs/>
          <w:color w:val="01426A"/>
          <w:sz w:val="34"/>
          <w:szCs w:val="28"/>
        </w:rPr>
      </w:pPr>
      <w:r w:rsidRPr="003812E8">
        <w:rPr>
          <w:rFonts w:cs="Arial"/>
        </w:rPr>
        <w:br w:type="page"/>
      </w:r>
    </w:p>
    <w:p w14:paraId="4C4B7348" w14:textId="7997BBBE" w:rsidR="003547FB" w:rsidRPr="00CD0DE1" w:rsidRDefault="002170C5" w:rsidP="00CD0DE1">
      <w:pPr>
        <w:pStyle w:val="Heading1"/>
        <w:shd w:val="clear" w:color="auto" w:fill="01426A"/>
        <w:spacing w:before="480" w:after="0" w:line="23" w:lineRule="atLeast"/>
        <w:rPr>
          <w:rFonts w:ascii="Arial" w:hAnsi="Arial" w:cs="Arial"/>
          <w:color w:val="FFFFFF" w:themeColor="background1"/>
          <w:sz w:val="36"/>
          <w:szCs w:val="32"/>
        </w:rPr>
      </w:pPr>
      <w:r w:rsidRPr="00CD0DE1">
        <w:rPr>
          <w:rFonts w:ascii="Arial" w:hAnsi="Arial" w:cs="Arial"/>
          <w:color w:val="FFFFFF" w:themeColor="background1"/>
          <w:sz w:val="36"/>
          <w:szCs w:val="32"/>
        </w:rPr>
        <w:lastRenderedPageBreak/>
        <w:t>About your response</w:t>
      </w:r>
    </w:p>
    <w:p w14:paraId="00B057C2" w14:textId="77777777" w:rsidR="003812E8" w:rsidRPr="00BC03C6" w:rsidRDefault="003812E8" w:rsidP="00BC03C6">
      <w:pPr>
        <w:spacing w:line="23" w:lineRule="atLeast"/>
        <w:rPr>
          <w:color w:val="00778B"/>
        </w:rPr>
      </w:pPr>
    </w:p>
    <w:p w14:paraId="05925CD6" w14:textId="77777777" w:rsidR="003547FB" w:rsidRPr="00BC03C6" w:rsidRDefault="002170C5" w:rsidP="00BC03C6">
      <w:pPr>
        <w:pStyle w:val="Heading3"/>
        <w:spacing w:line="23" w:lineRule="atLeast"/>
        <w:rPr>
          <w:rFonts w:ascii="Arial" w:hAnsi="Arial" w:cs="Arial"/>
          <w:color w:val="00778B"/>
          <w:sz w:val="24"/>
          <w:szCs w:val="24"/>
        </w:rPr>
      </w:pPr>
      <w:r w:rsidRPr="00BC03C6">
        <w:rPr>
          <w:rFonts w:ascii="Arial" w:hAnsi="Arial" w:cs="Arial"/>
          <w:color w:val="00778B"/>
          <w:sz w:val="24"/>
          <w:szCs w:val="24"/>
        </w:rPr>
        <w:t xml:space="preserve">10. May we name your </w:t>
      </w:r>
      <w:proofErr w:type="spellStart"/>
      <w:r w:rsidRPr="00BC03C6">
        <w:rPr>
          <w:rFonts w:ascii="Arial" w:hAnsi="Arial" w:cs="Arial"/>
          <w:color w:val="00778B"/>
          <w:sz w:val="24"/>
          <w:szCs w:val="24"/>
        </w:rPr>
        <w:t>organisation</w:t>
      </w:r>
      <w:proofErr w:type="spellEnd"/>
      <w:r w:rsidRPr="00BC03C6">
        <w:rPr>
          <w:rFonts w:ascii="Arial" w:hAnsi="Arial" w:cs="Arial"/>
          <w:color w:val="00778B"/>
          <w:sz w:val="24"/>
          <w:szCs w:val="24"/>
        </w:rPr>
        <w:t xml:space="preserve"> when referring to your evidence? (</w:t>
      </w:r>
      <w:proofErr w:type="spellStart"/>
      <w:r w:rsidRPr="00BC03C6">
        <w:rPr>
          <w:rFonts w:ascii="Arial" w:hAnsi="Arial" w:cs="Arial"/>
          <w:color w:val="00778B"/>
          <w:sz w:val="24"/>
          <w:szCs w:val="24"/>
        </w:rPr>
        <w:t>organisations</w:t>
      </w:r>
      <w:proofErr w:type="spellEnd"/>
      <w:r w:rsidRPr="00BC03C6">
        <w:rPr>
          <w:rFonts w:ascii="Arial" w:hAnsi="Arial" w:cs="Arial"/>
          <w:color w:val="00778B"/>
          <w:sz w:val="24"/>
          <w:szCs w:val="24"/>
        </w:rPr>
        <w:t xml:space="preserve"> only)</w:t>
      </w:r>
    </w:p>
    <w:p w14:paraId="5B0042C0" w14:textId="40233DD6" w:rsidR="003547FB" w:rsidRPr="00BC03C6"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422880490"/>
          <w14:checkbox>
            <w14:checked w14:val="0"/>
            <w14:checkedState w14:val="2612" w14:font="MS Gothic"/>
            <w14:uncheckedState w14:val="2610" w14:font="MS Gothic"/>
          </w14:checkbox>
        </w:sdtPr>
        <w:sdtEndPr/>
        <w:sdtContent>
          <w:r w:rsidR="003551AD" w:rsidRPr="00BC03C6">
            <w:rPr>
              <w:rFonts w:ascii="Segoe UI Symbol" w:eastAsia="MS Gothic" w:hAnsi="Segoe UI Symbol" w:cs="Segoe UI Symbol"/>
              <w:sz w:val="22"/>
              <w:szCs w:val="24"/>
            </w:rPr>
            <w:t>☐</w:t>
          </w:r>
        </w:sdtContent>
      </w:sdt>
      <w:r w:rsidR="002170C5" w:rsidRPr="00BC03C6">
        <w:rPr>
          <w:rFonts w:cs="Arial"/>
          <w:sz w:val="22"/>
          <w:szCs w:val="24"/>
        </w:rPr>
        <w:t xml:space="preserve"> </w:t>
      </w:r>
      <w:r w:rsidR="003551AD" w:rsidRPr="00BC03C6">
        <w:rPr>
          <w:rFonts w:cs="Arial"/>
          <w:sz w:val="22"/>
          <w:szCs w:val="24"/>
        </w:rPr>
        <w:t xml:space="preserve"> </w:t>
      </w:r>
      <w:r w:rsidR="002170C5" w:rsidRPr="00BC03C6">
        <w:rPr>
          <w:rFonts w:cs="Arial"/>
          <w:sz w:val="22"/>
          <w:szCs w:val="24"/>
        </w:rPr>
        <w:t>Yes</w:t>
      </w:r>
    </w:p>
    <w:p w14:paraId="340DA4C1" w14:textId="0638BEC1" w:rsidR="003547FB" w:rsidRPr="00BC03C6"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959723572"/>
          <w14:checkbox>
            <w14:checked w14:val="0"/>
            <w14:checkedState w14:val="2612" w14:font="MS Gothic"/>
            <w14:uncheckedState w14:val="2610" w14:font="MS Gothic"/>
          </w14:checkbox>
        </w:sdtPr>
        <w:sdtEndPr/>
        <w:sdtContent>
          <w:r w:rsidR="003551AD" w:rsidRPr="00BC03C6">
            <w:rPr>
              <w:rFonts w:ascii="Segoe UI Symbol" w:eastAsia="MS Gothic" w:hAnsi="Segoe UI Symbol" w:cs="Segoe UI Symbol"/>
              <w:sz w:val="22"/>
              <w:szCs w:val="24"/>
            </w:rPr>
            <w:t>☐</w:t>
          </w:r>
        </w:sdtContent>
      </w:sdt>
      <w:r w:rsidR="003551AD" w:rsidRPr="00BC03C6">
        <w:rPr>
          <w:rFonts w:cs="Arial"/>
          <w:sz w:val="22"/>
          <w:szCs w:val="24"/>
        </w:rPr>
        <w:t xml:space="preserve"> </w:t>
      </w:r>
      <w:r w:rsidR="002170C5" w:rsidRPr="00BC03C6">
        <w:rPr>
          <w:rFonts w:cs="Arial"/>
          <w:sz w:val="22"/>
          <w:szCs w:val="24"/>
        </w:rPr>
        <w:t xml:space="preserve"> No</w:t>
      </w:r>
    </w:p>
    <w:p w14:paraId="19D983D7" w14:textId="77777777" w:rsidR="003551AD" w:rsidRPr="003812E8" w:rsidRDefault="003551AD" w:rsidP="00BC03C6">
      <w:pPr>
        <w:spacing w:line="23" w:lineRule="atLeast"/>
        <w:rPr>
          <w:rFonts w:cs="Arial"/>
        </w:rPr>
      </w:pPr>
    </w:p>
    <w:p w14:paraId="0A765443" w14:textId="1B7CB286" w:rsidR="003547FB" w:rsidRPr="00BC03C6" w:rsidRDefault="002170C5" w:rsidP="00BC03C6">
      <w:pPr>
        <w:pStyle w:val="Heading3"/>
        <w:spacing w:line="23" w:lineRule="atLeast"/>
        <w:rPr>
          <w:rFonts w:ascii="Arial" w:hAnsi="Arial" w:cs="Arial"/>
          <w:color w:val="00778B"/>
          <w:sz w:val="24"/>
          <w:szCs w:val="24"/>
        </w:rPr>
      </w:pPr>
      <w:r w:rsidRPr="00BC03C6">
        <w:rPr>
          <w:rFonts w:ascii="Arial" w:hAnsi="Arial" w:cs="Arial"/>
          <w:color w:val="00778B"/>
          <w:sz w:val="24"/>
          <w:szCs w:val="24"/>
        </w:rPr>
        <w:t>11. Would you like any part of your response to be treated as confidential?</w:t>
      </w:r>
    </w:p>
    <w:p w14:paraId="788B4123" w14:textId="31EE49AA" w:rsidR="003547FB" w:rsidRPr="00BC03C6"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1544086802"/>
          <w14:checkbox>
            <w14:checked w14:val="0"/>
            <w14:checkedState w14:val="2612" w14:font="MS Gothic"/>
            <w14:uncheckedState w14:val="2610" w14:font="MS Gothic"/>
          </w14:checkbox>
        </w:sdtPr>
        <w:sdtEndPr/>
        <w:sdtContent>
          <w:r w:rsidR="003551AD" w:rsidRPr="00BC03C6">
            <w:rPr>
              <w:rFonts w:ascii="Segoe UI Symbol" w:eastAsia="MS Gothic" w:hAnsi="Segoe UI Symbol" w:cs="Segoe UI Symbol"/>
              <w:sz w:val="22"/>
              <w:szCs w:val="24"/>
            </w:rPr>
            <w:t>☐</w:t>
          </w:r>
        </w:sdtContent>
      </w:sdt>
      <w:r w:rsidR="003551AD" w:rsidRPr="00BC03C6">
        <w:rPr>
          <w:rFonts w:cs="Arial"/>
          <w:sz w:val="22"/>
          <w:szCs w:val="24"/>
        </w:rPr>
        <w:t xml:space="preserve"> </w:t>
      </w:r>
      <w:r w:rsidR="002170C5" w:rsidRPr="00BC03C6">
        <w:rPr>
          <w:rFonts w:cs="Arial"/>
          <w:sz w:val="22"/>
          <w:szCs w:val="24"/>
        </w:rPr>
        <w:t xml:space="preserve"> Yes</w:t>
      </w:r>
    </w:p>
    <w:p w14:paraId="114EE1C4" w14:textId="21855C17" w:rsidR="003547FB"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601143280"/>
          <w14:checkbox>
            <w14:checked w14:val="0"/>
            <w14:checkedState w14:val="2612" w14:font="MS Gothic"/>
            <w14:uncheckedState w14:val="2610" w14:font="MS Gothic"/>
          </w14:checkbox>
        </w:sdtPr>
        <w:sdtEndPr/>
        <w:sdtContent>
          <w:r w:rsidR="003551AD" w:rsidRPr="00BC03C6">
            <w:rPr>
              <w:rFonts w:ascii="Segoe UI Symbol" w:eastAsia="MS Gothic" w:hAnsi="Segoe UI Symbol" w:cs="Segoe UI Symbol"/>
              <w:sz w:val="22"/>
              <w:szCs w:val="24"/>
            </w:rPr>
            <w:t>☐</w:t>
          </w:r>
        </w:sdtContent>
      </w:sdt>
      <w:r w:rsidR="003551AD" w:rsidRPr="00BC03C6">
        <w:rPr>
          <w:rFonts w:eastAsia="Arial" w:cs="Arial"/>
          <w:sz w:val="22"/>
          <w:szCs w:val="24"/>
        </w:rPr>
        <w:t xml:space="preserve"> </w:t>
      </w:r>
      <w:r w:rsidR="002170C5" w:rsidRPr="00BC03C6">
        <w:rPr>
          <w:rFonts w:cs="Arial"/>
          <w:sz w:val="22"/>
          <w:szCs w:val="24"/>
        </w:rPr>
        <w:t xml:space="preserve"> No</w:t>
      </w:r>
    </w:p>
    <w:p w14:paraId="42CA0BCA" w14:textId="77777777" w:rsidR="00CD0DE1" w:rsidRPr="00BC03C6" w:rsidRDefault="00CD0DE1" w:rsidP="00CD0DE1">
      <w:pPr>
        <w:pStyle w:val="ListBullet"/>
        <w:numPr>
          <w:ilvl w:val="0"/>
          <w:numId w:val="0"/>
        </w:numPr>
        <w:spacing w:after="60" w:line="23" w:lineRule="atLeast"/>
        <w:ind w:left="357"/>
        <w:contextualSpacing w:val="0"/>
        <w:rPr>
          <w:rFonts w:cs="Arial"/>
          <w:sz w:val="22"/>
          <w:szCs w:val="24"/>
        </w:rPr>
      </w:pPr>
    </w:p>
    <w:p w14:paraId="1A37CE08" w14:textId="2EC1C891" w:rsidR="003547FB" w:rsidRPr="00CD0DE1" w:rsidRDefault="002170C5" w:rsidP="00CD0DE1">
      <w:pPr>
        <w:spacing w:after="240" w:line="23" w:lineRule="atLeast"/>
        <w:rPr>
          <w:rFonts w:cs="Arial"/>
          <w:b/>
          <w:bCs/>
          <w:sz w:val="22"/>
          <w:szCs w:val="24"/>
        </w:rPr>
      </w:pPr>
      <w:r w:rsidRPr="00CD0DE1">
        <w:rPr>
          <w:rFonts w:cs="Arial"/>
          <w:b/>
          <w:bCs/>
          <w:sz w:val="22"/>
          <w:szCs w:val="24"/>
        </w:rPr>
        <w:t>If yes, please s</w:t>
      </w:r>
      <w:r w:rsidR="00CD0DE1">
        <w:rPr>
          <w:rFonts w:cs="Arial"/>
          <w:b/>
          <w:bCs/>
          <w:sz w:val="22"/>
          <w:szCs w:val="24"/>
        </w:rPr>
        <w:t xml:space="preserve">tate </w:t>
      </w:r>
      <w:r w:rsidRPr="00CD0DE1">
        <w:rPr>
          <w:rFonts w:cs="Arial"/>
          <w:b/>
          <w:bCs/>
          <w:sz w:val="22"/>
          <w:szCs w:val="24"/>
        </w:rPr>
        <w:t>which parts and why:</w:t>
      </w:r>
    </w:p>
    <w:tbl>
      <w:tblPr>
        <w:tblW w:w="0" w:type="auto"/>
        <w:jc w:val="center"/>
        <w:tblLook w:val="04A0" w:firstRow="1" w:lastRow="0" w:firstColumn="1" w:lastColumn="0" w:noHBand="0" w:noVBand="1"/>
      </w:tblPr>
      <w:tblGrid>
        <w:gridCol w:w="9858"/>
      </w:tblGrid>
      <w:tr w:rsidR="003547FB" w:rsidRPr="003812E8" w14:paraId="7EBEF8E5" w14:textId="77777777">
        <w:trPr>
          <w:jc w:val="center"/>
        </w:trPr>
        <w:tc>
          <w:tcPr>
            <w:tcW w:w="9878" w:type="dxa"/>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69E7DABA" w14:textId="77777777" w:rsidR="003547FB" w:rsidRPr="003812E8" w:rsidRDefault="002170C5" w:rsidP="00BC03C6">
            <w:pPr>
              <w:spacing w:after="0" w:line="23" w:lineRule="atLeast"/>
              <w:rPr>
                <w:rFonts w:cs="Arial"/>
              </w:rPr>
            </w:pPr>
            <w:r w:rsidRPr="00CD0DE1">
              <w:rPr>
                <w:rFonts w:cs="Arial"/>
                <w:sz w:val="22"/>
                <w:szCs w:val="24"/>
              </w:rPr>
              <w:br/>
            </w:r>
            <w:r w:rsidRPr="00CD0DE1">
              <w:rPr>
                <w:rFonts w:cs="Arial"/>
                <w:sz w:val="22"/>
                <w:szCs w:val="24"/>
              </w:rPr>
              <w:br/>
            </w:r>
          </w:p>
        </w:tc>
      </w:tr>
    </w:tbl>
    <w:p w14:paraId="41F7EB50" w14:textId="77777777" w:rsidR="003551AD" w:rsidRPr="003812E8" w:rsidRDefault="003551AD" w:rsidP="00BC03C6">
      <w:pPr>
        <w:spacing w:line="23" w:lineRule="atLeast"/>
        <w:rPr>
          <w:rFonts w:cs="Arial"/>
        </w:rPr>
      </w:pPr>
    </w:p>
    <w:p w14:paraId="7F5F5589" w14:textId="764CF939" w:rsidR="003547FB" w:rsidRPr="003812E8" w:rsidRDefault="002170C5" w:rsidP="00BC03C6">
      <w:pPr>
        <w:pStyle w:val="Heading3"/>
        <w:spacing w:line="23" w:lineRule="atLeast"/>
        <w:rPr>
          <w:rFonts w:ascii="Arial" w:hAnsi="Arial" w:cs="Arial"/>
        </w:rPr>
      </w:pPr>
      <w:r w:rsidRPr="003812E8">
        <w:rPr>
          <w:rFonts w:ascii="Arial" w:hAnsi="Arial" w:cs="Arial"/>
        </w:rPr>
        <w:t>1</w:t>
      </w:r>
      <w:r w:rsidRPr="00BC03C6">
        <w:rPr>
          <w:rFonts w:ascii="Arial" w:hAnsi="Arial" w:cs="Arial"/>
          <w:color w:val="00778B"/>
          <w:sz w:val="24"/>
          <w:szCs w:val="24"/>
        </w:rPr>
        <w:t xml:space="preserve">2. Are you responding on behalf of a public authority and, if so, do you consent to the </w:t>
      </w:r>
      <w:r w:rsidR="00F47814" w:rsidRPr="00BC03C6">
        <w:rPr>
          <w:rFonts w:ascii="Arial" w:hAnsi="Arial" w:cs="Arial"/>
          <w:color w:val="00778B"/>
          <w:sz w:val="24"/>
          <w:szCs w:val="24"/>
        </w:rPr>
        <w:t>Office for Environmental Protection</w:t>
      </w:r>
      <w:r w:rsidRPr="00BC03C6">
        <w:rPr>
          <w:rFonts w:ascii="Arial" w:hAnsi="Arial" w:cs="Arial"/>
          <w:color w:val="00778B"/>
          <w:sz w:val="24"/>
          <w:szCs w:val="24"/>
        </w:rPr>
        <w:t xml:space="preserve"> disclosing the information you provide in its reporting? (</w:t>
      </w:r>
      <w:proofErr w:type="spellStart"/>
      <w:r w:rsidRPr="00BC03C6">
        <w:rPr>
          <w:rFonts w:ascii="Arial" w:hAnsi="Arial" w:cs="Arial"/>
          <w:color w:val="00778B"/>
          <w:sz w:val="24"/>
          <w:szCs w:val="24"/>
        </w:rPr>
        <w:t>organisations</w:t>
      </w:r>
      <w:proofErr w:type="spellEnd"/>
      <w:r w:rsidRPr="00BC03C6">
        <w:rPr>
          <w:rFonts w:ascii="Arial" w:hAnsi="Arial" w:cs="Arial"/>
          <w:color w:val="00778B"/>
          <w:sz w:val="24"/>
          <w:szCs w:val="24"/>
        </w:rPr>
        <w:t xml:space="preserve"> only)</w:t>
      </w:r>
    </w:p>
    <w:p w14:paraId="07615BCA" w14:textId="5F886B16" w:rsidR="003547FB" w:rsidRPr="00BC03C6"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135768493"/>
          <w14:checkbox>
            <w14:checked w14:val="0"/>
            <w14:checkedState w14:val="2612" w14:font="MS Gothic"/>
            <w14:uncheckedState w14:val="2610" w14:font="MS Gothic"/>
          </w14:checkbox>
        </w:sdtPr>
        <w:sdtEndPr/>
        <w:sdtContent>
          <w:r w:rsidR="003551AD" w:rsidRPr="00BC03C6">
            <w:rPr>
              <w:rFonts w:ascii="Segoe UI Symbol" w:eastAsia="MS Gothic" w:hAnsi="Segoe UI Symbol" w:cs="Segoe UI Symbol"/>
              <w:sz w:val="22"/>
              <w:szCs w:val="24"/>
            </w:rPr>
            <w:t>☐</w:t>
          </w:r>
        </w:sdtContent>
      </w:sdt>
      <w:r w:rsidR="003551AD" w:rsidRPr="00BC03C6">
        <w:rPr>
          <w:rFonts w:eastAsia="Arial" w:cs="Arial"/>
          <w:sz w:val="22"/>
          <w:szCs w:val="24"/>
        </w:rPr>
        <w:t xml:space="preserve">  </w:t>
      </w:r>
      <w:r w:rsidR="002170C5" w:rsidRPr="00BC03C6">
        <w:rPr>
          <w:rFonts w:cs="Arial"/>
          <w:sz w:val="22"/>
          <w:szCs w:val="24"/>
        </w:rPr>
        <w:t>Public authority, consent given</w:t>
      </w:r>
    </w:p>
    <w:p w14:paraId="3D0B00F7" w14:textId="63587469" w:rsidR="003547FB" w:rsidRPr="00BC03C6"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1340351510"/>
          <w14:checkbox>
            <w14:checked w14:val="0"/>
            <w14:checkedState w14:val="2612" w14:font="MS Gothic"/>
            <w14:uncheckedState w14:val="2610" w14:font="MS Gothic"/>
          </w14:checkbox>
        </w:sdtPr>
        <w:sdtEndPr/>
        <w:sdtContent>
          <w:r w:rsidR="003551AD" w:rsidRPr="00BC03C6">
            <w:rPr>
              <w:rFonts w:ascii="Segoe UI Symbol" w:eastAsia="MS Gothic" w:hAnsi="Segoe UI Symbol" w:cs="Segoe UI Symbol"/>
              <w:sz w:val="22"/>
              <w:szCs w:val="24"/>
            </w:rPr>
            <w:t>☐</w:t>
          </w:r>
        </w:sdtContent>
      </w:sdt>
      <w:r w:rsidR="003551AD" w:rsidRPr="00BC03C6">
        <w:rPr>
          <w:rFonts w:eastAsia="Arial" w:cs="Arial"/>
          <w:sz w:val="22"/>
          <w:szCs w:val="24"/>
        </w:rPr>
        <w:t xml:space="preserve">  </w:t>
      </w:r>
      <w:r w:rsidR="002170C5" w:rsidRPr="00BC03C6">
        <w:rPr>
          <w:rFonts w:cs="Arial"/>
          <w:sz w:val="22"/>
          <w:szCs w:val="24"/>
        </w:rPr>
        <w:t>Public authority, consent not given</w:t>
      </w:r>
    </w:p>
    <w:p w14:paraId="6A30E07D" w14:textId="1147967E" w:rsidR="003547FB" w:rsidRPr="00BC03C6"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1901665839"/>
          <w14:checkbox>
            <w14:checked w14:val="0"/>
            <w14:checkedState w14:val="2612" w14:font="MS Gothic"/>
            <w14:uncheckedState w14:val="2610" w14:font="MS Gothic"/>
          </w14:checkbox>
        </w:sdtPr>
        <w:sdtEndPr/>
        <w:sdtContent>
          <w:r w:rsidR="003551AD" w:rsidRPr="00BC03C6">
            <w:rPr>
              <w:rFonts w:ascii="Segoe UI Symbol" w:eastAsia="MS Gothic" w:hAnsi="Segoe UI Symbol" w:cs="Segoe UI Symbol"/>
              <w:sz w:val="22"/>
              <w:szCs w:val="24"/>
            </w:rPr>
            <w:t>☐</w:t>
          </w:r>
        </w:sdtContent>
      </w:sdt>
      <w:r w:rsidR="003551AD" w:rsidRPr="00BC03C6">
        <w:rPr>
          <w:rFonts w:eastAsia="Arial" w:cs="Arial"/>
          <w:sz w:val="22"/>
          <w:szCs w:val="24"/>
        </w:rPr>
        <w:t xml:space="preserve">  </w:t>
      </w:r>
      <w:r w:rsidR="002170C5" w:rsidRPr="00BC03C6">
        <w:rPr>
          <w:rFonts w:cs="Arial"/>
          <w:sz w:val="22"/>
          <w:szCs w:val="24"/>
        </w:rPr>
        <w:t>Not a public authority</w:t>
      </w:r>
    </w:p>
    <w:p w14:paraId="6CABFBF6" w14:textId="77777777" w:rsidR="003551AD" w:rsidRPr="003812E8" w:rsidRDefault="003551AD" w:rsidP="00BC03C6">
      <w:pPr>
        <w:spacing w:line="23" w:lineRule="atLeast"/>
        <w:rPr>
          <w:rFonts w:cs="Arial"/>
        </w:rPr>
      </w:pPr>
    </w:p>
    <w:p w14:paraId="702116AA" w14:textId="5EDD58FE" w:rsidR="003547FB" w:rsidRPr="00BC03C6" w:rsidRDefault="002170C5" w:rsidP="00BC03C6">
      <w:pPr>
        <w:pStyle w:val="Heading3"/>
        <w:spacing w:line="23" w:lineRule="atLeast"/>
        <w:rPr>
          <w:rFonts w:ascii="Arial" w:hAnsi="Arial" w:cs="Arial"/>
          <w:color w:val="00778B"/>
          <w:sz w:val="24"/>
          <w:szCs w:val="24"/>
        </w:rPr>
      </w:pPr>
      <w:r w:rsidRPr="00BC03C6">
        <w:rPr>
          <w:rFonts w:ascii="Arial" w:hAnsi="Arial" w:cs="Arial"/>
          <w:color w:val="00778B"/>
          <w:sz w:val="24"/>
          <w:szCs w:val="24"/>
        </w:rPr>
        <w:t>13. Would you be willing to be contacted for a follow-up interview or workshop? (optional)</w:t>
      </w:r>
    </w:p>
    <w:p w14:paraId="406F703E" w14:textId="7ABD0EA0" w:rsidR="003547FB" w:rsidRPr="00BC03C6"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1301527156"/>
          <w14:checkbox>
            <w14:checked w14:val="0"/>
            <w14:checkedState w14:val="2612" w14:font="MS Gothic"/>
            <w14:uncheckedState w14:val="2610" w14:font="MS Gothic"/>
          </w14:checkbox>
        </w:sdtPr>
        <w:sdtEndPr/>
        <w:sdtContent>
          <w:r w:rsidR="003551AD" w:rsidRPr="00BC03C6">
            <w:rPr>
              <w:rFonts w:ascii="Segoe UI Symbol" w:eastAsia="MS Gothic" w:hAnsi="Segoe UI Symbol" w:cs="Segoe UI Symbol"/>
              <w:sz w:val="22"/>
              <w:szCs w:val="24"/>
            </w:rPr>
            <w:t>☐</w:t>
          </w:r>
        </w:sdtContent>
      </w:sdt>
      <w:r w:rsidR="003551AD" w:rsidRPr="00BC03C6">
        <w:rPr>
          <w:rFonts w:eastAsia="Arial" w:cs="Arial"/>
          <w:sz w:val="22"/>
          <w:szCs w:val="24"/>
        </w:rPr>
        <w:t xml:space="preserve">  </w:t>
      </w:r>
      <w:r w:rsidR="002170C5" w:rsidRPr="00BC03C6">
        <w:rPr>
          <w:rFonts w:cs="Arial"/>
          <w:sz w:val="22"/>
          <w:szCs w:val="24"/>
        </w:rPr>
        <w:t>Yes</w:t>
      </w:r>
    </w:p>
    <w:p w14:paraId="0E31D75D" w14:textId="05214EEB" w:rsidR="003547FB" w:rsidRDefault="006A2593" w:rsidP="00CD0DE1">
      <w:pPr>
        <w:pStyle w:val="ListBullet"/>
        <w:numPr>
          <w:ilvl w:val="0"/>
          <w:numId w:val="0"/>
        </w:numPr>
        <w:spacing w:after="60" w:line="23" w:lineRule="atLeast"/>
        <w:ind w:left="357"/>
        <w:contextualSpacing w:val="0"/>
        <w:rPr>
          <w:rFonts w:cs="Arial"/>
          <w:sz w:val="22"/>
          <w:szCs w:val="24"/>
        </w:rPr>
      </w:pPr>
      <w:sdt>
        <w:sdtPr>
          <w:rPr>
            <w:rFonts w:cs="Arial"/>
            <w:sz w:val="22"/>
            <w:szCs w:val="24"/>
          </w:rPr>
          <w:id w:val="1317456535"/>
          <w14:checkbox>
            <w14:checked w14:val="0"/>
            <w14:checkedState w14:val="2612" w14:font="MS Gothic"/>
            <w14:uncheckedState w14:val="2610" w14:font="MS Gothic"/>
          </w14:checkbox>
        </w:sdtPr>
        <w:sdtEndPr/>
        <w:sdtContent>
          <w:r w:rsidR="003551AD" w:rsidRPr="00BC03C6">
            <w:rPr>
              <w:rFonts w:ascii="Segoe UI Symbol" w:eastAsia="MS Gothic" w:hAnsi="Segoe UI Symbol" w:cs="Segoe UI Symbol"/>
              <w:sz w:val="22"/>
              <w:szCs w:val="24"/>
            </w:rPr>
            <w:t>☐</w:t>
          </w:r>
        </w:sdtContent>
      </w:sdt>
      <w:r w:rsidR="003551AD" w:rsidRPr="00BC03C6">
        <w:rPr>
          <w:rFonts w:eastAsia="Arial" w:cs="Arial"/>
          <w:sz w:val="22"/>
          <w:szCs w:val="24"/>
        </w:rPr>
        <w:t xml:space="preserve">  </w:t>
      </w:r>
      <w:r w:rsidR="002170C5" w:rsidRPr="00BC03C6">
        <w:rPr>
          <w:rFonts w:cs="Arial"/>
          <w:sz w:val="22"/>
          <w:szCs w:val="24"/>
        </w:rPr>
        <w:t>No</w:t>
      </w:r>
    </w:p>
    <w:p w14:paraId="69E7E12A" w14:textId="77777777" w:rsidR="00CD0DE1" w:rsidRPr="00BC03C6" w:rsidRDefault="00CD0DE1" w:rsidP="00BC03C6">
      <w:pPr>
        <w:pStyle w:val="ListBullet"/>
        <w:numPr>
          <w:ilvl w:val="0"/>
          <w:numId w:val="0"/>
        </w:numPr>
        <w:spacing w:line="23" w:lineRule="atLeast"/>
        <w:ind w:left="360"/>
        <w:rPr>
          <w:rFonts w:cs="Arial"/>
          <w:sz w:val="22"/>
          <w:szCs w:val="24"/>
        </w:rPr>
      </w:pPr>
    </w:p>
    <w:p w14:paraId="291FC049" w14:textId="77777777" w:rsidR="003547FB" w:rsidRPr="00CD0DE1" w:rsidRDefault="002170C5" w:rsidP="009A444C">
      <w:pPr>
        <w:spacing w:after="240" w:line="23" w:lineRule="atLeast"/>
        <w:rPr>
          <w:rFonts w:cs="Arial"/>
          <w:b/>
          <w:bCs/>
          <w:sz w:val="22"/>
          <w:szCs w:val="24"/>
        </w:rPr>
      </w:pPr>
      <w:r w:rsidRPr="00CD0DE1">
        <w:rPr>
          <w:rFonts w:cs="Arial"/>
          <w:b/>
          <w:bCs/>
          <w:sz w:val="22"/>
          <w:szCs w:val="24"/>
        </w:rPr>
        <w:t>If yes, please give your name and email address:</w:t>
      </w:r>
    </w:p>
    <w:tbl>
      <w:tblPr>
        <w:tblW w:w="0" w:type="auto"/>
        <w:jc w:val="center"/>
        <w:tblLook w:val="04A0" w:firstRow="1" w:lastRow="0" w:firstColumn="1" w:lastColumn="0" w:noHBand="0" w:noVBand="1"/>
      </w:tblPr>
      <w:tblGrid>
        <w:gridCol w:w="9799"/>
        <w:gridCol w:w="59"/>
      </w:tblGrid>
      <w:tr w:rsidR="003547FB" w:rsidRPr="003812E8" w14:paraId="73A29186" w14:textId="77777777">
        <w:trPr>
          <w:jc w:val="center"/>
        </w:trPr>
        <w:tc>
          <w:tcPr>
            <w:tcW w:w="9878" w:type="dxa"/>
            <w:gridSpan w:val="2"/>
            <w:tcBorders>
              <w:top w:val="single" w:sz="8" w:space="0" w:color="B8C7CC"/>
              <w:left w:val="single" w:sz="8" w:space="0" w:color="B8C7CC"/>
              <w:bottom w:val="single" w:sz="8" w:space="0" w:color="B8C7CC"/>
              <w:right w:val="single" w:sz="8" w:space="0" w:color="B8C7CC"/>
            </w:tcBorders>
            <w:shd w:val="clear" w:color="auto" w:fill="FFFFFF"/>
            <w:tcMar>
              <w:top w:w="120" w:type="dxa"/>
              <w:left w:w="120" w:type="dxa"/>
              <w:bottom w:w="120" w:type="dxa"/>
              <w:right w:w="120" w:type="dxa"/>
            </w:tcMar>
          </w:tcPr>
          <w:p w14:paraId="42207E85" w14:textId="10D6A8B9" w:rsidR="00BC03C6" w:rsidRPr="003812E8" w:rsidRDefault="002170C5" w:rsidP="00CD0DE1">
            <w:pPr>
              <w:spacing w:after="0" w:line="23" w:lineRule="atLeast"/>
              <w:rPr>
                <w:rFonts w:cs="Arial"/>
              </w:rPr>
            </w:pPr>
            <w:r w:rsidRPr="00CD0DE1">
              <w:rPr>
                <w:rFonts w:cs="Arial"/>
                <w:sz w:val="22"/>
                <w:szCs w:val="24"/>
              </w:rPr>
              <w:br/>
            </w:r>
          </w:p>
        </w:tc>
      </w:tr>
      <w:tr w:rsidR="003547FB" w:rsidRPr="003812E8" w14:paraId="5DA24F6F" w14:textId="77777777" w:rsidTr="00CD0DE1">
        <w:trPr>
          <w:gridAfter w:val="1"/>
          <w:wAfter w:w="60" w:type="dxa"/>
          <w:jc w:val="center"/>
        </w:trPr>
        <w:tc>
          <w:tcPr>
            <w:tcW w:w="9878" w:type="dxa"/>
            <w:tcMar>
              <w:top w:w="150" w:type="dxa"/>
              <w:left w:w="180" w:type="dxa"/>
              <w:bottom w:w="150" w:type="dxa"/>
              <w:right w:w="180" w:type="dxa"/>
            </w:tcMar>
          </w:tcPr>
          <w:p w14:paraId="73F62F71" w14:textId="58B84A0A" w:rsidR="00BC03C6" w:rsidRPr="00BC03C6" w:rsidRDefault="00BC03C6" w:rsidP="00CD0DE1">
            <w:pPr>
              <w:spacing w:after="0" w:line="23" w:lineRule="atLeast"/>
              <w:rPr>
                <w:rFonts w:cs="Arial"/>
                <w:b/>
                <w:color w:val="FFFFFF" w:themeColor="background1"/>
                <w:sz w:val="24"/>
                <w:szCs w:val="28"/>
              </w:rPr>
            </w:pPr>
          </w:p>
          <w:p w14:paraId="3EB5C062" w14:textId="3657DE52" w:rsidR="00BC03C6" w:rsidRPr="003812E8" w:rsidRDefault="002170C5" w:rsidP="00CD0DE1">
            <w:pPr>
              <w:shd w:val="clear" w:color="auto" w:fill="01426A"/>
              <w:spacing w:before="240" w:after="0" w:line="23" w:lineRule="atLeast"/>
              <w:jc w:val="center"/>
              <w:rPr>
                <w:rFonts w:cs="Arial"/>
              </w:rPr>
            </w:pPr>
            <w:r w:rsidRPr="00CD0DE1">
              <w:rPr>
                <w:rFonts w:cs="Arial"/>
                <w:b/>
                <w:color w:val="FFFFFF" w:themeColor="background1"/>
                <w:sz w:val="52"/>
                <w:szCs w:val="56"/>
              </w:rPr>
              <w:t>Thank you for your response</w:t>
            </w:r>
          </w:p>
        </w:tc>
      </w:tr>
    </w:tbl>
    <w:p w14:paraId="039ED428" w14:textId="77777777" w:rsidR="002170C5" w:rsidRPr="003812E8" w:rsidRDefault="002170C5" w:rsidP="00BC03C6">
      <w:pPr>
        <w:spacing w:line="23" w:lineRule="atLeast"/>
        <w:rPr>
          <w:rFonts w:cs="Arial"/>
        </w:rPr>
      </w:pPr>
    </w:p>
    <w:sectPr w:rsidR="002170C5" w:rsidRPr="003812E8" w:rsidSect="00034616">
      <w:headerReference w:type="even" r:id="rId13"/>
      <w:headerReference w:type="default" r:id="rId14"/>
      <w:footerReference w:type="even" r:id="rId15"/>
      <w:footerReference w:type="default" r:id="rId16"/>
      <w:headerReference w:type="first" r:id="rId17"/>
      <w:footerReference w:type="first" r:id="rId18"/>
      <w:pgSz w:w="12240" w:h="15840"/>
      <w:pgMar w:top="1037" w:right="1181" w:bottom="979" w:left="1181" w:header="403"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1A294" w14:textId="77777777" w:rsidR="006A2593" w:rsidRDefault="006A2593">
      <w:pPr>
        <w:spacing w:after="0" w:line="240" w:lineRule="auto"/>
      </w:pPr>
      <w:r>
        <w:separator/>
      </w:r>
    </w:p>
  </w:endnote>
  <w:endnote w:type="continuationSeparator" w:id="0">
    <w:p w14:paraId="40455F2B" w14:textId="77777777" w:rsidR="006A2593" w:rsidRDefault="006A2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210A3" w14:textId="37E9178D" w:rsidR="00B345AB" w:rsidRDefault="00F859A3">
    <w:pPr>
      <w:pStyle w:val="Footer"/>
    </w:pPr>
    <w:r>
      <w:rPr>
        <w:noProof/>
      </w:rPr>
      <mc:AlternateContent>
        <mc:Choice Requires="wps">
          <w:drawing>
            <wp:anchor distT="0" distB="0" distL="0" distR="0" simplePos="0" relativeHeight="251662336" behindDoc="0" locked="0" layoutInCell="1" allowOverlap="1" wp14:anchorId="04394E59" wp14:editId="48AFF7C4">
              <wp:simplePos x="635" y="635"/>
              <wp:positionH relativeFrom="page">
                <wp:align>center</wp:align>
              </wp:positionH>
              <wp:positionV relativeFrom="page">
                <wp:align>bottom</wp:align>
              </wp:positionV>
              <wp:extent cx="622300" cy="391160"/>
              <wp:effectExtent l="0" t="0" r="6350" b="0"/>
              <wp:wrapNone/>
              <wp:docPr id="16506994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2042508" w14:textId="440D5AC1" w:rsidR="00F859A3" w:rsidRPr="00F859A3" w:rsidRDefault="00F859A3" w:rsidP="00F859A3">
                          <w:pPr>
                            <w:spacing w:after="0"/>
                            <w:rPr>
                              <w:rFonts w:ascii="Aptos" w:eastAsia="Aptos" w:hAnsi="Aptos" w:cs="Aptos"/>
                              <w:noProof/>
                              <w:sz w:val="24"/>
                              <w:szCs w:val="24"/>
                            </w:rPr>
                          </w:pPr>
                          <w:r w:rsidRPr="00F859A3">
                            <w:rPr>
                              <w:rFonts w:ascii="Aptos" w:eastAsia="Aptos" w:hAnsi="Aptos" w:cs="Aptos"/>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394E59" id="_x0000_t202" coordsize="21600,21600" o:spt="202" path="m,l,21600r21600,l21600,xe">
              <v:stroke joinstyle="miter"/>
              <v:path gradientshapeok="t" o:connecttype="rect"/>
            </v:shapetype>
            <v:shape id="Text Box 5" o:spid="_x0000_s1027" type="#_x0000_t202" alt="OFFICIAL" style="position:absolute;margin-left:0;margin-top:0;width:49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12042508" w14:textId="440D5AC1" w:rsidR="00F859A3" w:rsidRPr="00F859A3" w:rsidRDefault="00F859A3" w:rsidP="00F859A3">
                    <w:pPr>
                      <w:spacing w:after="0"/>
                      <w:rPr>
                        <w:rFonts w:ascii="Aptos" w:eastAsia="Aptos" w:hAnsi="Aptos" w:cs="Aptos"/>
                        <w:noProof/>
                        <w:sz w:val="24"/>
                        <w:szCs w:val="24"/>
                      </w:rPr>
                    </w:pPr>
                    <w:r w:rsidRPr="00F859A3">
                      <w:rPr>
                        <w:rFonts w:ascii="Aptos" w:eastAsia="Aptos" w:hAnsi="Aptos" w:cs="Aptos"/>
                        <w:noProof/>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A1BE4" w14:textId="77777777" w:rsidR="009A444C" w:rsidRPr="009A444C" w:rsidRDefault="009A444C" w:rsidP="00CD0DE1">
    <w:pPr>
      <w:pStyle w:val="Footer"/>
      <w:spacing w:after="120"/>
      <w:jc w:val="center"/>
      <w:rPr>
        <w:color w:val="01426A"/>
        <w:sz w:val="2"/>
        <w:szCs w:val="6"/>
      </w:rPr>
    </w:pPr>
  </w:p>
  <w:p w14:paraId="0DC1294D" w14:textId="5FC702FA" w:rsidR="003547FB" w:rsidRPr="00CD0DE1" w:rsidRDefault="002170C5" w:rsidP="00CD0DE1">
    <w:pPr>
      <w:pStyle w:val="Footer"/>
      <w:spacing w:after="120"/>
      <w:jc w:val="center"/>
      <w:rPr>
        <w:color w:val="01426A"/>
        <w:sz w:val="18"/>
        <w:szCs w:val="18"/>
      </w:rPr>
    </w:pPr>
    <w:r w:rsidRPr="00CD0DE1">
      <w:rPr>
        <w:color w:val="01426A"/>
        <w:sz w:val="18"/>
        <w:szCs w:val="24"/>
      </w:rPr>
      <w:t xml:space="preserve">Office for Environmental </w:t>
    </w:r>
    <w:proofErr w:type="gramStart"/>
    <w:r w:rsidRPr="00CD0DE1">
      <w:rPr>
        <w:color w:val="01426A"/>
        <w:sz w:val="18"/>
        <w:szCs w:val="24"/>
      </w:rPr>
      <w:t>Protection  |</w:t>
    </w:r>
    <w:proofErr w:type="gramEnd"/>
    <w:r w:rsidRPr="00CD0DE1">
      <w:rPr>
        <w:color w:val="01426A"/>
        <w:sz w:val="18"/>
        <w:szCs w:val="24"/>
      </w:rPr>
      <w:t xml:space="preserve">  </w:t>
    </w:r>
    <w:proofErr w:type="gramStart"/>
    <w:r w:rsidRPr="00CD0DE1">
      <w:rPr>
        <w:color w:val="01426A"/>
        <w:sz w:val="18"/>
        <w:szCs w:val="24"/>
      </w:rPr>
      <w:t xml:space="preserve">www.theoep.org.uk  </w:t>
    </w:r>
    <w:r w:rsidRPr="00CD0DE1">
      <w:rPr>
        <w:color w:val="01426A"/>
        <w:sz w:val="18"/>
        <w:szCs w:val="18"/>
      </w:rPr>
      <w:t>|</w:t>
    </w:r>
    <w:proofErr w:type="gramEnd"/>
    <w:r w:rsidRPr="00CD0DE1">
      <w:rPr>
        <w:color w:val="01426A"/>
        <w:sz w:val="18"/>
        <w:szCs w:val="18"/>
      </w:rPr>
      <w:t xml:space="preserve">  </w:t>
    </w:r>
    <w:r w:rsidRPr="00CD0DE1">
      <w:rPr>
        <w:color w:val="01426A"/>
        <w:sz w:val="18"/>
        <w:szCs w:val="18"/>
      </w:rPr>
      <w:fldChar w:fldCharType="begin"/>
    </w:r>
    <w:r w:rsidRPr="00CD0DE1">
      <w:rPr>
        <w:color w:val="01426A"/>
        <w:sz w:val="18"/>
        <w:szCs w:val="18"/>
      </w:rPr>
      <w:instrText>PAGE</w:instrText>
    </w:r>
    <w:r w:rsidRPr="00CD0DE1">
      <w:rPr>
        <w:color w:val="01426A"/>
        <w:sz w:val="18"/>
        <w:szCs w:val="18"/>
      </w:rPr>
      <w:fldChar w:fldCharType="separate"/>
    </w:r>
    <w:r w:rsidR="00B345AB" w:rsidRPr="00CD0DE1">
      <w:rPr>
        <w:noProof/>
        <w:color w:val="01426A"/>
        <w:sz w:val="18"/>
        <w:szCs w:val="18"/>
      </w:rPr>
      <w:t>2</w:t>
    </w:r>
    <w:r w:rsidRPr="00CD0DE1">
      <w:rPr>
        <w:color w:val="01426A"/>
        <w:sz w:val="18"/>
        <w:szCs w:val="18"/>
      </w:rPr>
      <w:fldChar w:fldCharType="end"/>
    </w:r>
  </w:p>
  <w:p w14:paraId="7F90D3B1" w14:textId="24131D51" w:rsidR="00BC03C6" w:rsidRPr="00CD0DE1" w:rsidRDefault="00BC03C6">
    <w:pPr>
      <w:pStyle w:val="Footer"/>
      <w:jc w:val="center"/>
      <w:rPr>
        <w:b/>
        <w:bCs/>
        <w:color w:val="01426A"/>
        <w:sz w:val="24"/>
        <w:szCs w:val="28"/>
      </w:rPr>
    </w:pPr>
    <w:r w:rsidRPr="00CD0DE1">
      <w:rPr>
        <w:b/>
        <w:bCs/>
        <w:color w:val="01426A"/>
        <w:sz w:val="20"/>
        <w:szCs w:val="20"/>
      </w:rPr>
      <w:t>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82ADD" w14:textId="74A3EA60" w:rsidR="00B345AB" w:rsidRPr="003812E8" w:rsidRDefault="003812E8" w:rsidP="003812E8">
    <w:pPr>
      <w:pStyle w:val="Footer"/>
      <w:jc w:val="center"/>
      <w:rPr>
        <w:color w:val="01426A"/>
      </w:rPr>
    </w:pPr>
    <w:r w:rsidRPr="0098363E">
      <w:rPr>
        <w:color w:val="01426A"/>
        <w:sz w:val="16"/>
      </w:rPr>
      <w:t xml:space="preserve">Office for Environmental </w:t>
    </w:r>
    <w:proofErr w:type="gramStart"/>
    <w:r w:rsidRPr="0098363E">
      <w:rPr>
        <w:color w:val="01426A"/>
        <w:sz w:val="16"/>
      </w:rPr>
      <w:t>Protection  |</w:t>
    </w:r>
    <w:proofErr w:type="gramEnd"/>
    <w:r w:rsidRPr="0098363E">
      <w:rPr>
        <w:color w:val="01426A"/>
        <w:sz w:val="16"/>
      </w:rPr>
      <w:t xml:space="preserve">  </w:t>
    </w:r>
    <w:proofErr w:type="gramStart"/>
    <w:r w:rsidRPr="0098363E">
      <w:rPr>
        <w:color w:val="01426A"/>
        <w:sz w:val="16"/>
      </w:rPr>
      <w:t xml:space="preserve">www.theoep.org.uk  </w:t>
    </w:r>
    <w:r w:rsidRPr="0098363E">
      <w:rPr>
        <w:color w:val="01426A"/>
        <w:sz w:val="16"/>
        <w:szCs w:val="16"/>
      </w:rPr>
      <w:t>|</w:t>
    </w:r>
    <w:proofErr w:type="gramEnd"/>
    <w:r w:rsidRPr="0098363E">
      <w:rPr>
        <w:color w:val="01426A"/>
        <w:sz w:val="16"/>
        <w:szCs w:val="16"/>
      </w:rPr>
      <w:t xml:space="preserve">  </w:t>
    </w:r>
    <w:r w:rsidRPr="0098363E">
      <w:rPr>
        <w:color w:val="01426A"/>
        <w:sz w:val="16"/>
        <w:szCs w:val="16"/>
      </w:rPr>
      <w:fldChar w:fldCharType="begin"/>
    </w:r>
    <w:r w:rsidRPr="0098363E">
      <w:rPr>
        <w:color w:val="01426A"/>
        <w:sz w:val="16"/>
        <w:szCs w:val="16"/>
      </w:rPr>
      <w:instrText>PAGE</w:instrText>
    </w:r>
    <w:r w:rsidRPr="0098363E">
      <w:rPr>
        <w:color w:val="01426A"/>
        <w:sz w:val="16"/>
        <w:szCs w:val="16"/>
      </w:rPr>
      <w:fldChar w:fldCharType="separate"/>
    </w:r>
    <w:r>
      <w:rPr>
        <w:color w:val="01426A"/>
        <w:sz w:val="16"/>
        <w:szCs w:val="16"/>
      </w:rPr>
      <w:t>2</w:t>
    </w:r>
    <w:r w:rsidRPr="0098363E">
      <w:rPr>
        <w:color w:val="01426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3BAF6" w14:textId="77777777" w:rsidR="006A2593" w:rsidRDefault="006A2593">
      <w:pPr>
        <w:spacing w:after="0" w:line="240" w:lineRule="auto"/>
      </w:pPr>
      <w:r>
        <w:separator/>
      </w:r>
    </w:p>
  </w:footnote>
  <w:footnote w:type="continuationSeparator" w:id="0">
    <w:p w14:paraId="091F5026" w14:textId="77777777" w:rsidR="006A2593" w:rsidRDefault="006A25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F145D" w14:textId="659D05DF" w:rsidR="00B345AB" w:rsidRDefault="00F859A3">
    <w:pPr>
      <w:pStyle w:val="Header"/>
    </w:pPr>
    <w:r>
      <w:rPr>
        <w:noProof/>
      </w:rPr>
      <mc:AlternateContent>
        <mc:Choice Requires="wps">
          <w:drawing>
            <wp:anchor distT="0" distB="0" distL="0" distR="0" simplePos="0" relativeHeight="251659264" behindDoc="0" locked="0" layoutInCell="1" allowOverlap="1" wp14:anchorId="53F735EB" wp14:editId="3001FE08">
              <wp:simplePos x="635" y="635"/>
              <wp:positionH relativeFrom="page">
                <wp:align>center</wp:align>
              </wp:positionH>
              <wp:positionV relativeFrom="page">
                <wp:align>top</wp:align>
              </wp:positionV>
              <wp:extent cx="622300" cy="391160"/>
              <wp:effectExtent l="0" t="0" r="6350" b="8890"/>
              <wp:wrapNone/>
              <wp:docPr id="181321026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1570FA4" w14:textId="43FFED9B" w:rsidR="00F859A3" w:rsidRPr="00F859A3" w:rsidRDefault="00F859A3" w:rsidP="00F859A3">
                          <w:pPr>
                            <w:spacing w:after="0"/>
                            <w:rPr>
                              <w:rFonts w:ascii="Aptos" w:eastAsia="Aptos" w:hAnsi="Aptos" w:cs="Aptos"/>
                              <w:noProof/>
                              <w:sz w:val="24"/>
                              <w:szCs w:val="24"/>
                            </w:rPr>
                          </w:pPr>
                          <w:r w:rsidRPr="00F859A3">
                            <w:rPr>
                              <w:rFonts w:ascii="Aptos" w:eastAsia="Aptos" w:hAnsi="Aptos" w:cs="Aptos"/>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F735EB"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41570FA4" w14:textId="43FFED9B" w:rsidR="00F859A3" w:rsidRPr="00F859A3" w:rsidRDefault="00F859A3" w:rsidP="00F859A3">
                    <w:pPr>
                      <w:spacing w:after="0"/>
                      <w:rPr>
                        <w:rFonts w:ascii="Aptos" w:eastAsia="Aptos" w:hAnsi="Aptos" w:cs="Aptos"/>
                        <w:noProof/>
                        <w:sz w:val="24"/>
                        <w:szCs w:val="24"/>
                      </w:rPr>
                    </w:pPr>
                    <w:r w:rsidRPr="00F859A3">
                      <w:rPr>
                        <w:rFonts w:ascii="Aptos" w:eastAsia="Aptos" w:hAnsi="Aptos" w:cs="Aptos"/>
                        <w:noProo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A27B6" w14:textId="04F004DC" w:rsidR="003547FB" w:rsidRDefault="003812E8">
    <w:pPr>
      <w:pStyle w:val="Header"/>
    </w:pPr>
    <w:r>
      <w:rPr>
        <w:noProof/>
      </w:rPr>
      <w:drawing>
        <wp:anchor distT="0" distB="0" distL="114300" distR="114300" simplePos="0" relativeHeight="251659776" behindDoc="1" locked="0" layoutInCell="1" allowOverlap="1" wp14:anchorId="49843827" wp14:editId="6C32029B">
          <wp:simplePos x="0" y="0"/>
          <wp:positionH relativeFrom="column">
            <wp:posOffset>5959475</wp:posOffset>
          </wp:positionH>
          <wp:positionV relativeFrom="paragraph">
            <wp:posOffset>40640</wp:posOffset>
          </wp:positionV>
          <wp:extent cx="462915" cy="534670"/>
          <wp:effectExtent l="0" t="0" r="0" b="0"/>
          <wp:wrapTopAndBottom/>
          <wp:docPr id="15878434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172" r="73795"/>
                  <a:stretch>
                    <a:fillRect/>
                  </a:stretch>
                </pic:blipFill>
                <pic:spPr bwMode="auto">
                  <a:xfrm>
                    <a:off x="0" y="0"/>
                    <a:ext cx="462915" cy="53467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9864"/>
    </w:tblGrid>
    <w:tr w:rsidR="003547FB" w14:paraId="301D8CF0" w14:textId="77777777">
      <w:tc>
        <w:tcPr>
          <w:tcW w:w="9864" w:type="dxa"/>
        </w:tcPr>
        <w:p w14:paraId="0C4437CE" w14:textId="52FED395" w:rsidR="003547FB" w:rsidRDefault="003812E8" w:rsidP="005D76F3">
          <w:pPr>
            <w:spacing w:after="0"/>
            <w:jc w:val="right"/>
          </w:pPr>
          <w:r>
            <w:rPr>
              <w:noProof/>
            </w:rPr>
            <w:drawing>
              <wp:inline distT="0" distB="0" distL="0" distR="0" wp14:anchorId="1507D618" wp14:editId="68AD1DD3">
                <wp:extent cx="1769176" cy="547299"/>
                <wp:effectExtent l="0" t="0" r="2540" b="5715"/>
                <wp:docPr id="4794620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4517" cy="552045"/>
                        </a:xfrm>
                        <a:prstGeom prst="rect">
                          <a:avLst/>
                        </a:prstGeom>
                        <a:noFill/>
                        <a:ln>
                          <a:noFill/>
                        </a:ln>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8341182">
    <w:abstractNumId w:val="8"/>
  </w:num>
  <w:num w:numId="2" w16cid:durableId="1985230909">
    <w:abstractNumId w:val="6"/>
  </w:num>
  <w:num w:numId="3" w16cid:durableId="939022975">
    <w:abstractNumId w:val="5"/>
  </w:num>
  <w:num w:numId="4" w16cid:durableId="884678821">
    <w:abstractNumId w:val="4"/>
  </w:num>
  <w:num w:numId="5" w16cid:durableId="971861345">
    <w:abstractNumId w:val="7"/>
  </w:num>
  <w:num w:numId="6" w16cid:durableId="159277595">
    <w:abstractNumId w:val="3"/>
  </w:num>
  <w:num w:numId="7" w16cid:durableId="1868056778">
    <w:abstractNumId w:val="2"/>
  </w:num>
  <w:num w:numId="8" w16cid:durableId="30032869">
    <w:abstractNumId w:val="1"/>
  </w:num>
  <w:num w:numId="9" w16cid:durableId="2128304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426"/>
    <w:rsid w:val="0006063C"/>
    <w:rsid w:val="000675E0"/>
    <w:rsid w:val="000E64BC"/>
    <w:rsid w:val="001237C5"/>
    <w:rsid w:val="0015074B"/>
    <w:rsid w:val="001E0619"/>
    <w:rsid w:val="00204351"/>
    <w:rsid w:val="002170C5"/>
    <w:rsid w:val="0029639D"/>
    <w:rsid w:val="00307C87"/>
    <w:rsid w:val="00326F90"/>
    <w:rsid w:val="003547FB"/>
    <w:rsid w:val="003551AD"/>
    <w:rsid w:val="003812E8"/>
    <w:rsid w:val="00391557"/>
    <w:rsid w:val="003D2573"/>
    <w:rsid w:val="0042680F"/>
    <w:rsid w:val="004707DA"/>
    <w:rsid w:val="0048177D"/>
    <w:rsid w:val="004D0438"/>
    <w:rsid w:val="00557905"/>
    <w:rsid w:val="00592DA8"/>
    <w:rsid w:val="005D76F3"/>
    <w:rsid w:val="006A2593"/>
    <w:rsid w:val="006B7493"/>
    <w:rsid w:val="00704150"/>
    <w:rsid w:val="00710B8E"/>
    <w:rsid w:val="00720417"/>
    <w:rsid w:val="00825F4D"/>
    <w:rsid w:val="008C70DF"/>
    <w:rsid w:val="00931B8E"/>
    <w:rsid w:val="0095456C"/>
    <w:rsid w:val="0098363E"/>
    <w:rsid w:val="009A444C"/>
    <w:rsid w:val="009D26AA"/>
    <w:rsid w:val="00AA1D8D"/>
    <w:rsid w:val="00AD2401"/>
    <w:rsid w:val="00B11CAA"/>
    <w:rsid w:val="00B345AB"/>
    <w:rsid w:val="00B47730"/>
    <w:rsid w:val="00B47960"/>
    <w:rsid w:val="00BA2362"/>
    <w:rsid w:val="00BC03C6"/>
    <w:rsid w:val="00C069D8"/>
    <w:rsid w:val="00C936AE"/>
    <w:rsid w:val="00CB0664"/>
    <w:rsid w:val="00CB7F7C"/>
    <w:rsid w:val="00CD0DE1"/>
    <w:rsid w:val="00CF3EFA"/>
    <w:rsid w:val="00D8591D"/>
    <w:rsid w:val="00D96032"/>
    <w:rsid w:val="00EE2249"/>
    <w:rsid w:val="00F47814"/>
    <w:rsid w:val="00F859A3"/>
    <w:rsid w:val="00F933F2"/>
    <w:rsid w:val="00FC693F"/>
    <w:rsid w:val="00FD5E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905A9B7E-7A23-484E-8479-173F9B3B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1426A"/>
      <w:sz w:val="34"/>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b/>
      <w:bCs/>
      <w:color w:val="00778B"/>
      <w:sz w:val="26"/>
      <w:szCs w:val="26"/>
    </w:rPr>
  </w:style>
  <w:style w:type="paragraph" w:styleId="Heading3">
    <w:name w:val="heading 3"/>
    <w:basedOn w:val="Normal"/>
    <w:next w:val="Normal"/>
    <w:link w:val="Heading3Char"/>
    <w:uiPriority w:val="9"/>
    <w:unhideWhenUsed/>
    <w:qFormat/>
    <w:rsid w:val="00FC693F"/>
    <w:pPr>
      <w:keepNext/>
      <w:keepLines/>
      <w:spacing w:before="80" w:after="80"/>
      <w:outlineLvl w:val="2"/>
    </w:pPr>
    <w:rPr>
      <w:rFonts w:asciiTheme="majorHAnsi" w:eastAsiaTheme="majorEastAsia" w:hAnsiTheme="majorHAnsi" w:cstheme="majorBidi"/>
      <w:b/>
      <w:bCs/>
      <w:color w:val="01426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40" w:after="80" w:line="240" w:lineRule="auto"/>
      <w:contextualSpacing/>
    </w:pPr>
    <w:rPr>
      <w:rFonts w:asciiTheme="majorHAnsi" w:eastAsiaTheme="majorEastAsia" w:hAnsiTheme="majorHAnsi" w:cstheme="majorBidi"/>
      <w:b/>
      <w:color w:val="01426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592DA8"/>
    <w:pPr>
      <w:spacing w:after="0" w:line="240" w:lineRule="auto"/>
    </w:pPr>
    <w:rPr>
      <w:rFonts w:ascii="Arial" w:hAnsi="Arial"/>
      <w:color w:val="000000"/>
      <w:sz w:val="21"/>
    </w:rPr>
  </w:style>
  <w:style w:type="character" w:styleId="Hyperlink">
    <w:name w:val="Hyperlink"/>
    <w:basedOn w:val="DefaultParagraphFont"/>
    <w:uiPriority w:val="99"/>
    <w:unhideWhenUsed/>
    <w:rsid w:val="00C069D8"/>
    <w:rPr>
      <w:color w:val="0000FF" w:themeColor="hyperlink"/>
      <w:u w:val="single"/>
    </w:rPr>
  </w:style>
  <w:style w:type="character" w:styleId="UnresolvedMention">
    <w:name w:val="Unresolved Mention"/>
    <w:basedOn w:val="DefaultParagraphFont"/>
    <w:uiPriority w:val="99"/>
    <w:semiHidden/>
    <w:unhideWhenUsed/>
    <w:rsid w:val="00C069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ip.monitoring@theoep.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oep.org.uk/report/oep-launches-call-evidence-seeking-examples-regulatory-and-practical-blockers-delayin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45ABA6CE4F345B679DA87EE7361EE" ma:contentTypeVersion="12" ma:contentTypeDescription="Create a new document." ma:contentTypeScope="" ma:versionID="bdb7de2a168bccbef2c280a57cb9cf36">
  <xsd:schema xmlns:xsd="http://www.w3.org/2001/XMLSchema" xmlns:xs="http://www.w3.org/2001/XMLSchema" xmlns:p="http://schemas.microsoft.com/office/2006/metadata/properties" xmlns:ns2="be1d4ea1-9497-4d3b-b0c0-3ae9e8bed8fe" xmlns:ns3="26861979-a7f5-4c35-8206-5e4f5be6dbbd" targetNamespace="http://schemas.microsoft.com/office/2006/metadata/properties" ma:root="true" ma:fieldsID="53631dd12a8978343cc520e4a151ff4b" ns2:_="" ns3:_="">
    <xsd:import namespace="be1d4ea1-9497-4d3b-b0c0-3ae9e8bed8fe"/>
    <xsd:import namespace="26861979-a7f5-4c35-8206-5e4f5be6db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d4ea1-9497-4d3b-b0c0-3ae9e8bed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21a494f-615d-4ca2-92cd-9f029b89609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861979-a7f5-4c35-8206-5e4f5be6db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c1f30f-959b-4e6a-8faa-727adc7d9a06}" ma:internalName="TaxCatchAll" ma:showField="CatchAllData" ma:web="26861979-a7f5-4c35-8206-5e4f5be6db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861979-a7f5-4c35-8206-5e4f5be6dbbd" xsi:nil="true"/>
    <lcf76f155ced4ddcb4097134ff3c332f xmlns="be1d4ea1-9497-4d3b-b0c0-3ae9e8bed8f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B620B7-96D2-4BEE-A0CA-9E13EE686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d4ea1-9497-4d3b-b0c0-3ae9e8bed8fe"/>
    <ds:schemaRef ds:uri="26861979-a7f5-4c35-8206-5e4f5be6d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473B7C19-E7FD-4DD8-ADBE-D5249D41BE02}">
  <ds:schemaRefs>
    <ds:schemaRef ds:uri="http://schemas.microsoft.com/office/2006/metadata/properties"/>
    <ds:schemaRef ds:uri="http://schemas.microsoft.com/office/infopath/2007/PartnerControls"/>
    <ds:schemaRef ds:uri="26861979-a7f5-4c35-8206-5e4f5be6dbbd"/>
    <ds:schemaRef ds:uri="be1d4ea1-9497-4d3b-b0c0-3ae9e8bed8fe"/>
  </ds:schemaRefs>
</ds:datastoreItem>
</file>

<file path=customXml/itemProps4.xml><?xml version="1.0" encoding="utf-8"?>
<ds:datastoreItem xmlns:ds="http://schemas.openxmlformats.org/officeDocument/2006/customXml" ds:itemID="{03222A03-D2D8-4700-83CA-7250DDB59351}">
  <ds:schemaRefs>
    <ds:schemaRef ds:uri="http://schemas.microsoft.com/sharepoint/v3/contenttype/forms"/>
  </ds:schemaRefs>
</ds:datastoreItem>
</file>

<file path=docMetadata/LabelInfo.xml><?xml version="1.0" encoding="utf-8"?>
<clbl:labelList xmlns:clbl="http://schemas.microsoft.com/office/2020/mipLabelMetadata">
  <clbl:label id="{510b25f7-7d40-451f-9463-09866d349857}" enabled="1" method="Privileged" siteId="{c279a496-3a70-40af-b133-b6612ac4019e}"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2359</Words>
  <Characters>12416</Characters>
  <Application>Microsoft Office Word</Application>
  <DocSecurity>0</DocSecurity>
  <Lines>451</Lines>
  <Paragraphs>189</Paragraphs>
  <ScaleCrop>false</ScaleCrop>
  <HeadingPairs>
    <vt:vector size="2" baseType="variant">
      <vt:variant>
        <vt:lpstr>Title</vt:lpstr>
      </vt:variant>
      <vt:variant>
        <vt:i4>1</vt:i4>
      </vt:variant>
    </vt:vector>
  </HeadingPairs>
  <TitlesOfParts>
    <vt:vector size="1" baseType="lpstr">
      <vt:lpstr>Call for evidence response template</vt:lpstr>
    </vt:vector>
  </TitlesOfParts>
  <Manager/>
  <Company/>
  <LinksUpToDate>false</LinksUpToDate>
  <CharactersWithSpaces>14768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evidence response template</dc:title>
  <dc:subject>Call for evidence on nature recovery in England</dc:subject>
  <dc:creator>Cantwell , Paul</dc:creator>
  <cp:keywords>OEP, nature recovery, call for evidence</cp:keywords>
  <dc:description>generated by python-docx</dc:description>
  <cp:lastModifiedBy>Fox, Mike</cp:lastModifiedBy>
  <cp:revision>3</cp:revision>
  <dcterms:created xsi:type="dcterms:W3CDTF">2026-10-19T07:41:00Z</dcterms:created>
  <dcterms:modified xsi:type="dcterms:W3CDTF">2026-10-19T07:53:00Z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3c8ab6cd,6c136494,8615d27</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lassificationContentMarkingFooterShapeIds">
    <vt:lpwstr>491e8e82,9d6c479,6d1c869b</vt:lpwstr>
  </property>
  <property fmtid="{D5CDD505-2E9C-101B-9397-08002B2CF9AE}" pid="6" name="ClassificationContentMarkingFooterFontProps">
    <vt:lpwstr>#000000,12,Aptos</vt:lpwstr>
  </property>
  <property fmtid="{D5CDD505-2E9C-101B-9397-08002B2CF9AE}" pid="7" name="ClassificationContentMarkingFooterText">
    <vt:lpwstr>OFFICIAL</vt:lpwstr>
  </property>
  <property fmtid="{D5CDD505-2E9C-101B-9397-08002B2CF9AE}" pid="8" name="ContentTypeId">
    <vt:lpwstr>0x0101003DC45ABA6CE4F345B679DA87EE7361EE</vt:lpwstr>
  </property>
  <property fmtid="{D5CDD505-2E9C-101B-9397-08002B2CF9AE}" pid="9" name="MediaServiceImageTags">
    <vt:lpwstr/>
  </property>
</Properties>
</file>